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C25ED" w14:textId="7EBCB411" w:rsidR="00785F6D" w:rsidRDefault="00785F6D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2854DA6D" wp14:editId="5A4C50F4">
            <wp:extent cx="5939790" cy="2129673"/>
            <wp:effectExtent l="0" t="0" r="3810" b="4445"/>
            <wp:docPr id="1664999676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129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972C0" w14:textId="77777777" w:rsidR="00A66424" w:rsidRPr="00D91D28" w:rsidRDefault="007361CF">
      <w:pPr>
        <w:jc w:val="center"/>
        <w:rPr>
          <w:rFonts w:ascii="Gotham Pro Black" w:hAnsi="Gotham Pro Black" w:cs="Gotham Pro Black"/>
          <w:b/>
          <w:i/>
          <w:iCs/>
          <w:sz w:val="40"/>
          <w:szCs w:val="40"/>
          <w:lang w:val="ru-RU"/>
        </w:rPr>
      </w:pPr>
      <w:r w:rsidRPr="00D91D28">
        <w:rPr>
          <w:rFonts w:ascii="Gotham Pro Black" w:hAnsi="Gotham Pro Black" w:cs="Gotham Pro Black"/>
          <w:b/>
          <w:i/>
          <w:iCs/>
          <w:sz w:val="40"/>
          <w:szCs w:val="40"/>
          <w:lang w:val="ru-RU"/>
        </w:rPr>
        <w:t xml:space="preserve">Девять ключевых бюджетных идей Зюганова </w:t>
      </w:r>
    </w:p>
    <w:p w14:paraId="0859E51D" w14:textId="7EE0BA56" w:rsidR="007361CF" w:rsidRPr="00D91D28" w:rsidRDefault="007361CF">
      <w:pPr>
        <w:jc w:val="center"/>
        <w:rPr>
          <w:rFonts w:ascii="Gotham Pro Black" w:hAnsi="Gotham Pro Black" w:cs="Gotham Pro Black"/>
          <w:b/>
          <w:i/>
          <w:iCs/>
          <w:sz w:val="40"/>
          <w:szCs w:val="40"/>
          <w:lang w:val="ru-RU"/>
        </w:rPr>
      </w:pPr>
      <w:r w:rsidRPr="00D91D28">
        <w:rPr>
          <w:rFonts w:ascii="Gotham Pro Black" w:hAnsi="Gotham Pro Black" w:cs="Gotham Pro Black"/>
          <w:b/>
          <w:i/>
          <w:iCs/>
          <w:sz w:val="40"/>
          <w:szCs w:val="40"/>
          <w:lang w:val="ru-RU"/>
        </w:rPr>
        <w:t>и реакция лидеров парламентских фракций</w:t>
      </w:r>
    </w:p>
    <w:p w14:paraId="1E2EB96C" w14:textId="1A8CFF7A" w:rsidR="00A66424" w:rsidRDefault="00A66424">
      <w:pPr>
        <w:jc w:val="center"/>
        <w:rPr>
          <w:b/>
          <w:lang w:val="ru-RU"/>
        </w:rPr>
      </w:pPr>
      <w:r>
        <w:rPr>
          <w:noProof/>
        </w:rPr>
        <w:drawing>
          <wp:inline distT="0" distB="0" distL="0" distR="0" wp14:anchorId="2E31B37A" wp14:editId="3A0C7719">
            <wp:extent cx="5229225" cy="29413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387" cy="2966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8165A" w14:textId="2BD26B4A" w:rsidR="007361CF" w:rsidRPr="00D91D28" w:rsidRDefault="007361CF">
      <w:pPr>
        <w:jc w:val="center"/>
        <w:rPr>
          <w:b/>
          <w:sz w:val="36"/>
          <w:szCs w:val="36"/>
          <w:u w:val="single"/>
          <w:lang w:val="ru-RU"/>
        </w:rPr>
      </w:pPr>
      <w:r w:rsidRPr="00D91D28">
        <w:rPr>
          <w:b/>
          <w:sz w:val="36"/>
          <w:szCs w:val="36"/>
          <w:u w:val="single"/>
          <w:lang w:val="ru-RU"/>
        </w:rPr>
        <w:t xml:space="preserve">Аналитическая записка </w:t>
      </w:r>
      <w:r w:rsidR="008D0DDC" w:rsidRPr="00D91D28">
        <w:rPr>
          <w:b/>
          <w:sz w:val="36"/>
          <w:szCs w:val="36"/>
          <w:u w:val="single"/>
          <w:lang w:val="ru-RU"/>
        </w:rPr>
        <w:t>по итогам думской дискуссии вокруг проекта бюджета-2027</w:t>
      </w:r>
    </w:p>
    <w:p w14:paraId="1A7E111D" w14:textId="2C400B2C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Cs/>
          <w:lang w:val="ru-RU"/>
        </w:rPr>
        <w:lastRenderedPageBreak/>
        <w:t>Дефицит, долги и упущенные возможности: почему КПРФ называет бюджет-2027 «провальным» и что предлагает взамен: «</w:t>
      </w:r>
      <w:r w:rsidRPr="00D91D28">
        <w:rPr>
          <w:bCs/>
          <w:i/>
          <w:iCs/>
          <w:lang w:val="ru-RU"/>
        </w:rPr>
        <w:t xml:space="preserve">Есть два способа латать дыру </w:t>
      </w:r>
      <w:r w:rsidR="00785F6D" w:rsidRPr="00D91D28">
        <w:rPr>
          <w:bCs/>
          <w:i/>
          <w:iCs/>
          <w:lang w:val="ru-RU"/>
        </w:rPr>
        <w:t>–</w:t>
      </w:r>
      <w:r w:rsidRPr="00D91D28">
        <w:rPr>
          <w:bCs/>
          <w:i/>
          <w:iCs/>
          <w:lang w:val="ru-RU"/>
        </w:rPr>
        <w:t xml:space="preserve"> залезть в карман гражданам или поджать богатых</w:t>
      </w:r>
      <w:r w:rsidRPr="007361CF">
        <w:rPr>
          <w:bCs/>
          <w:lang w:val="ru-RU"/>
        </w:rPr>
        <w:t>». Лидер КПРФ с трибуны Госдумы при обсуждении в первом чтении правительственного проекта бюджета прямо назвал тех, кто должен платить за кризис. И как к этому отнеслись лидеры «Единой России», ЛДПР, «Новых Людей» и «Справедливой России»</w:t>
      </w:r>
    </w:p>
    <w:p w14:paraId="61279CE2" w14:textId="60E0CDCA" w:rsid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Cs/>
          <w:lang w:val="ru-RU"/>
        </w:rPr>
        <w:t xml:space="preserve">29 октября 2026 года в Государственной Думе состоялось первое чтение проекта федерального бюджета на 2027–2029 годы. Председатель ЦК КПРФ, руководитель фракции Компартии Геннадий Андреевич Зюганов выступил с жёсткой критикой экономической политики правительства, обвинив власть в неспособности мобилизовать ресурсы страны и в искусственном торможении инвестиций. Лидер КПРФ напомнил о собственном опыте формирования «бюджета спасения» после дефолта 1998 года и предложил альтернативную стратегию развития </w:t>
      </w:r>
      <w:r w:rsidR="00785F6D">
        <w:rPr>
          <w:bCs/>
          <w:lang w:val="ru-RU"/>
        </w:rPr>
        <w:t>–</w:t>
      </w:r>
      <w:r w:rsidRPr="007361CF">
        <w:rPr>
          <w:bCs/>
          <w:lang w:val="ru-RU"/>
        </w:rPr>
        <w:t xml:space="preserve"> «бюджет </w:t>
      </w:r>
      <w:r w:rsidR="00785F6D">
        <w:rPr>
          <w:bCs/>
          <w:lang w:val="ru-RU"/>
        </w:rPr>
        <w:t>П</w:t>
      </w:r>
      <w:r w:rsidRPr="007361CF">
        <w:rPr>
          <w:bCs/>
          <w:lang w:val="ru-RU"/>
        </w:rPr>
        <w:t xml:space="preserve">обеды», который, по его словам, позволит не латать дыры, а обеспечить реальный рост экономики и социальной сферы. </w:t>
      </w:r>
    </w:p>
    <w:p w14:paraId="7DF02A01" w14:textId="1893ECD2" w:rsidR="007361CF" w:rsidRPr="00785F6D" w:rsidRDefault="007361CF" w:rsidP="007361CF">
      <w:pPr>
        <w:spacing w:after="0" w:line="240" w:lineRule="auto"/>
        <w:ind w:firstLine="720"/>
        <w:jc w:val="both"/>
        <w:rPr>
          <w:b/>
          <w:lang w:val="ru-RU"/>
        </w:rPr>
      </w:pPr>
      <w:r>
        <w:rPr>
          <w:bCs/>
          <w:lang w:val="ru-RU"/>
        </w:rPr>
        <w:t xml:space="preserve">Итак, как </w:t>
      </w:r>
      <w:r w:rsidRPr="00785F6D">
        <w:rPr>
          <w:b/>
          <w:lang w:val="ru-RU"/>
        </w:rPr>
        <w:t>поддержаны</w:t>
      </w:r>
      <w:r w:rsidR="008D0DDC">
        <w:rPr>
          <w:b/>
          <w:lang w:val="ru-RU"/>
        </w:rPr>
        <w:t xml:space="preserve"> или проигнорированы</w:t>
      </w:r>
      <w:r w:rsidRPr="00785F6D">
        <w:rPr>
          <w:b/>
          <w:lang w:val="ru-RU"/>
        </w:rPr>
        <w:t xml:space="preserve"> девять ключевых бюджетных идей КПРФ и Г.А.</w:t>
      </w:r>
      <w:r w:rsidR="00A66424">
        <w:rPr>
          <w:b/>
          <w:lang w:val="ru-RU"/>
        </w:rPr>
        <w:t xml:space="preserve"> </w:t>
      </w:r>
      <w:r w:rsidRPr="00785F6D">
        <w:rPr>
          <w:b/>
          <w:lang w:val="ru-RU"/>
        </w:rPr>
        <w:t>Зюганова</w:t>
      </w:r>
    </w:p>
    <w:p w14:paraId="71634B38" w14:textId="46F6338F" w:rsid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>
        <w:rPr>
          <w:noProof/>
        </w:rPr>
        <w:drawing>
          <wp:inline distT="0" distB="0" distL="0" distR="0" wp14:anchorId="04AED1B1" wp14:editId="41AF2581">
            <wp:extent cx="9180000" cy="388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80000" cy="38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1F1E9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</w:p>
    <w:p w14:paraId="094988B5" w14:textId="77777777" w:rsidR="007361CF" w:rsidRPr="00D91D28" w:rsidRDefault="007361CF" w:rsidP="007361CF">
      <w:pPr>
        <w:spacing w:after="0" w:line="240" w:lineRule="auto"/>
        <w:ind w:firstLine="720"/>
        <w:jc w:val="both"/>
        <w:rPr>
          <w:bCs/>
          <w:u w:val="single"/>
          <w:lang w:val="ru-RU"/>
        </w:rPr>
      </w:pPr>
      <w:r w:rsidRPr="00D91D28">
        <w:rPr>
          <w:b/>
          <w:bCs/>
          <w:u w:val="single"/>
          <w:lang w:val="ru-RU"/>
        </w:rPr>
        <w:lastRenderedPageBreak/>
        <w:t>Девять ключевых бюджетных идей Зюганова и реакция лидеров парламентских партий</w:t>
      </w:r>
    </w:p>
    <w:p w14:paraId="650E39E1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1. Бюджет партии власти нежизнеспособен: дефицит удвоился, а реальные темпы роста обрушились</w:t>
      </w:r>
    </w:p>
    <w:p w14:paraId="6DCF5A6E" w14:textId="1AF9798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Cs/>
          <w:lang w:val="ru-RU"/>
        </w:rPr>
        <w:t xml:space="preserve">Геннадий Зюганов не скрывал разочарования проектом бюджета, назвав его «провальным» и неспособным решить задачи, поставленные президентом. </w:t>
      </w:r>
      <w:r w:rsidRPr="007361CF">
        <w:rPr>
          <w:b/>
          <w:bCs/>
          <w:lang w:val="ru-RU"/>
        </w:rPr>
        <w:t>«</w:t>
      </w:r>
      <w:r w:rsidRPr="00D91D28">
        <w:rPr>
          <w:b/>
          <w:bCs/>
          <w:i/>
          <w:iCs/>
          <w:lang w:val="ru-RU"/>
        </w:rPr>
        <w:t>Их бюджет развалился уже в марте. Они планировали дыру 3,8 триллиона… А на самом деле он уже по этому году сложится почти 7, даже больше</w:t>
      </w:r>
      <w:r w:rsidRPr="007361CF">
        <w:rPr>
          <w:b/>
          <w:bCs/>
          <w:lang w:val="ru-RU"/>
        </w:rPr>
        <w:t>»</w:t>
      </w:r>
      <w:r w:rsidRPr="007361CF">
        <w:rPr>
          <w:bCs/>
          <w:lang w:val="ru-RU"/>
        </w:rPr>
        <w:t xml:space="preserve">, </w:t>
      </w:r>
      <w:r w:rsidR="00785F6D">
        <w:rPr>
          <w:bCs/>
          <w:lang w:val="ru-RU"/>
        </w:rPr>
        <w:t>–</w:t>
      </w:r>
      <w:r w:rsidRPr="007361CF">
        <w:rPr>
          <w:bCs/>
          <w:lang w:val="ru-RU"/>
        </w:rPr>
        <w:t xml:space="preserve"> заявил лидер КПРФ, указывая на то, что дефицит бюджета удвоился по сравнению с прогнозом. Он подчеркнул, что при доходах в 43 триллиона рублей и расходах почти в 49 триллионов дефицит около 5 триллионов в год три года подряд </w:t>
      </w:r>
      <w:r w:rsidR="00785F6D">
        <w:rPr>
          <w:bCs/>
          <w:lang w:val="ru-RU"/>
        </w:rPr>
        <w:t>–</w:t>
      </w:r>
      <w:r w:rsidRPr="007361CF">
        <w:rPr>
          <w:bCs/>
          <w:lang w:val="ru-RU"/>
        </w:rPr>
        <w:t xml:space="preserve"> это «огромная дыра», которая ставит под угрозу финансовую устойчивость страны.</w:t>
      </w:r>
    </w:p>
    <w:p w14:paraId="46CD2B2B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Cs/>
          <w:lang w:val="ru-RU"/>
        </w:rPr>
        <w:t xml:space="preserve">Зюганов также обратил внимание на обрушение темпов экономического роста: </w:t>
      </w:r>
      <w:r w:rsidRPr="007361CF">
        <w:rPr>
          <w:b/>
          <w:bCs/>
          <w:lang w:val="ru-RU"/>
        </w:rPr>
        <w:t>«</w:t>
      </w:r>
      <w:r w:rsidRPr="00D91D28">
        <w:rPr>
          <w:b/>
          <w:bCs/>
          <w:i/>
          <w:iCs/>
          <w:lang w:val="ru-RU"/>
        </w:rPr>
        <w:t>Ставка средняя за два года 18% опрокинула наши темпы. Они с 4 с лишним процентов рухнули почти до нуля</w:t>
      </w:r>
      <w:r w:rsidRPr="007361CF">
        <w:rPr>
          <w:b/>
          <w:bCs/>
          <w:lang w:val="ru-RU"/>
        </w:rPr>
        <w:t>»</w:t>
      </w:r>
      <w:r w:rsidRPr="007361CF">
        <w:rPr>
          <w:bCs/>
          <w:lang w:val="ru-RU"/>
        </w:rPr>
        <w:t>. По его словам, высокая ключевая ставка Центробанка душит экономику, а инвестиции в этом году упали на 10 процентов, что грозит провалом в 1990-е годы.</w:t>
      </w:r>
    </w:p>
    <w:p w14:paraId="47FDD82D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Позиция других фракций:</w:t>
      </w:r>
    </w:p>
    <w:p w14:paraId="705B2218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Леонид Слуцкий (ЛДПР) </w:t>
      </w:r>
      <w:r w:rsidRPr="007361CF">
        <w:rPr>
          <w:bCs/>
          <w:lang w:val="ru-RU"/>
        </w:rPr>
        <w:t xml:space="preserve">частично согласился с критикой, отметив, что высокая ключевая ставка действительно тормозит инвестиционную активность, но при этом подчеркнул: </w:t>
      </w:r>
      <w:r w:rsidRPr="007361CF">
        <w:rPr>
          <w:b/>
          <w:bCs/>
          <w:lang w:val="ru-RU"/>
        </w:rPr>
        <w:t>«В отличие от Геннадия Андреевича, наверное, сейчас надо сказать о позитивном»</w:t>
      </w:r>
      <w:r w:rsidRPr="007361CF">
        <w:rPr>
          <w:bCs/>
          <w:lang w:val="ru-RU"/>
        </w:rPr>
        <w:t>. Он заявил, что бюджет обеспечивает приоритеты обороны и социальной политики.</w:t>
      </w:r>
    </w:p>
    <w:p w14:paraId="7337D433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Владислав </w:t>
      </w:r>
      <w:proofErr w:type="spellStart"/>
      <w:r w:rsidRPr="007361CF">
        <w:rPr>
          <w:b/>
          <w:bCs/>
          <w:lang w:val="ru-RU"/>
        </w:rPr>
        <w:t>Даванков</w:t>
      </w:r>
      <w:proofErr w:type="spellEnd"/>
      <w:r w:rsidRPr="007361CF">
        <w:rPr>
          <w:b/>
          <w:bCs/>
          <w:lang w:val="ru-RU"/>
        </w:rPr>
        <w:t xml:space="preserve"> («НОВЫЕ ЛЮДИ»)</w:t>
      </w:r>
      <w:r w:rsidRPr="007361CF">
        <w:rPr>
          <w:bCs/>
          <w:lang w:val="ru-RU"/>
        </w:rPr>
        <w:t xml:space="preserve"> также признал проблему дефицита, заявив: </w:t>
      </w:r>
      <w:r w:rsidRPr="007361CF">
        <w:rPr>
          <w:b/>
          <w:bCs/>
          <w:lang w:val="ru-RU"/>
        </w:rPr>
        <w:t>«Шестой год подряд бюджет дефицитный», «тратим больше, чем зарабатываем»</w:t>
      </w:r>
      <w:r w:rsidRPr="007361CF">
        <w:rPr>
          <w:bCs/>
          <w:lang w:val="ru-RU"/>
        </w:rPr>
        <w:t>. Однако его вывод был другим: начинать нужно с сокращения расходов, а не с увеличения доходов.</w:t>
      </w:r>
    </w:p>
    <w:p w14:paraId="3FD48E81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Александр </w:t>
      </w:r>
      <w:proofErr w:type="spellStart"/>
      <w:r w:rsidRPr="007361CF">
        <w:rPr>
          <w:b/>
          <w:bCs/>
          <w:lang w:val="ru-RU"/>
        </w:rPr>
        <w:t>Бабаков</w:t>
      </w:r>
      <w:proofErr w:type="spellEnd"/>
      <w:r w:rsidRPr="007361CF">
        <w:rPr>
          <w:b/>
          <w:bCs/>
          <w:lang w:val="ru-RU"/>
        </w:rPr>
        <w:t xml:space="preserve"> («СПРАВЕДЛИВАЯ РОССИЯ»)</w:t>
      </w:r>
      <w:r w:rsidRPr="007361CF">
        <w:rPr>
          <w:bCs/>
          <w:lang w:val="ru-RU"/>
        </w:rPr>
        <w:t xml:space="preserve"> предложил альтернативный подход: </w:t>
      </w:r>
      <w:r w:rsidRPr="007361CF">
        <w:rPr>
          <w:b/>
          <w:bCs/>
          <w:lang w:val="ru-RU"/>
        </w:rPr>
        <w:t>«Дефицит бюджета – это не дыра»</w:t>
      </w:r>
      <w:r w:rsidRPr="007361CF">
        <w:rPr>
          <w:bCs/>
          <w:lang w:val="ru-RU"/>
        </w:rPr>
        <w:t>, лучше назвать это «бюджетным авансом». Он призвал оптимизировать обслуживание госдолга (4,7 триллиона рублей) через выкуп ОФЗ Центробанком, что позволило бы высвободить ресурсы для развития.</w:t>
      </w:r>
    </w:p>
    <w:p w14:paraId="586BCCF1" w14:textId="77777777" w:rsid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Андрей Макаров («ЕДИНАЯ РОССИЯ»)</w:t>
      </w:r>
      <w:r w:rsidRPr="007361CF">
        <w:rPr>
          <w:bCs/>
          <w:lang w:val="ru-RU"/>
        </w:rPr>
        <w:t xml:space="preserve"> парировал критику, назвав бюджет «реалистичным и сбалансированным», и напомнил о словах президента: </w:t>
      </w:r>
      <w:r w:rsidRPr="007361CF">
        <w:rPr>
          <w:b/>
          <w:bCs/>
          <w:lang w:val="ru-RU"/>
        </w:rPr>
        <w:t>«Исключить любой разрушающий нас изнутри популизм»</w:t>
      </w:r>
      <w:r w:rsidRPr="007361CF">
        <w:rPr>
          <w:bCs/>
          <w:lang w:val="ru-RU"/>
        </w:rPr>
        <w:t>.</w:t>
      </w:r>
    </w:p>
    <w:p w14:paraId="5D727A83" w14:textId="77777777" w:rsidR="00785F6D" w:rsidRPr="007361CF" w:rsidRDefault="00785F6D" w:rsidP="007361CF">
      <w:pPr>
        <w:spacing w:after="0" w:line="240" w:lineRule="auto"/>
        <w:ind w:firstLine="720"/>
        <w:jc w:val="both"/>
        <w:rPr>
          <w:bCs/>
          <w:lang w:val="ru-RU"/>
        </w:rPr>
      </w:pPr>
    </w:p>
    <w:p w14:paraId="3AA230D6" w14:textId="7FA29453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2. Деньги есть </w:t>
      </w:r>
      <w:r w:rsidR="00785F6D">
        <w:rPr>
          <w:b/>
          <w:bCs/>
          <w:lang w:val="ru-RU"/>
        </w:rPr>
        <w:t>–</w:t>
      </w:r>
      <w:r w:rsidRPr="007361CF">
        <w:rPr>
          <w:b/>
          <w:bCs/>
          <w:lang w:val="ru-RU"/>
        </w:rPr>
        <w:t xml:space="preserve"> их надо взять у богатых, а не у граждан</w:t>
      </w:r>
    </w:p>
    <w:p w14:paraId="7B38622C" w14:textId="650D4B5B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Cs/>
          <w:lang w:val="ru-RU"/>
        </w:rPr>
        <w:t xml:space="preserve">Лидер КПРФ сформулировал чёткую альтернативу правительственной политике: </w:t>
      </w:r>
      <w:r w:rsidRPr="007361CF">
        <w:rPr>
          <w:b/>
          <w:bCs/>
          <w:lang w:val="ru-RU"/>
        </w:rPr>
        <w:t>«</w:t>
      </w:r>
      <w:r w:rsidRPr="00D91D28">
        <w:rPr>
          <w:b/>
          <w:bCs/>
          <w:i/>
          <w:iCs/>
          <w:lang w:val="ru-RU"/>
        </w:rPr>
        <w:t>Есть два способа латать дыру… Или залезть в карман гражданам, или поджать тех, у кого много</w:t>
      </w:r>
      <w:r w:rsidRPr="007361CF">
        <w:rPr>
          <w:b/>
          <w:bCs/>
          <w:lang w:val="ru-RU"/>
        </w:rPr>
        <w:t>»</w:t>
      </w:r>
      <w:r w:rsidRPr="007361CF">
        <w:rPr>
          <w:bCs/>
          <w:lang w:val="ru-RU"/>
        </w:rPr>
        <w:t xml:space="preserve">. Зюганов перечислил колоссальные ресурсы, которые власть не использует: 700 миллиардов долларов у олигархии, 740 миллиардов долларов золотовалютных резервов и 130 триллионов рублей в банковских депозитах </w:t>
      </w:r>
      <w:r w:rsidR="00785F6D">
        <w:rPr>
          <w:bCs/>
          <w:lang w:val="ru-RU"/>
        </w:rPr>
        <w:t>–</w:t>
      </w:r>
      <w:r w:rsidRPr="007361CF">
        <w:rPr>
          <w:bCs/>
          <w:lang w:val="ru-RU"/>
        </w:rPr>
        <w:t xml:space="preserve"> </w:t>
      </w:r>
      <w:r w:rsidRPr="007361CF">
        <w:rPr>
          <w:b/>
          <w:bCs/>
          <w:lang w:val="ru-RU"/>
        </w:rPr>
        <w:t>«три бюджета»</w:t>
      </w:r>
      <w:r w:rsidRPr="007361CF">
        <w:rPr>
          <w:bCs/>
          <w:lang w:val="ru-RU"/>
        </w:rPr>
        <w:t>. Он настаивал, что богатые должны заплатить за кризис, а не трудящиеся, и призвал ввести прогрессивное налогообложение для крупного капитала.</w:t>
      </w:r>
    </w:p>
    <w:p w14:paraId="53CB405E" w14:textId="77777777" w:rsidR="00D91D28" w:rsidRDefault="00D91D28" w:rsidP="007361CF">
      <w:pPr>
        <w:spacing w:after="0" w:line="240" w:lineRule="auto"/>
        <w:ind w:firstLine="720"/>
        <w:jc w:val="both"/>
        <w:rPr>
          <w:b/>
          <w:bCs/>
          <w:lang w:val="ru-RU"/>
        </w:rPr>
      </w:pPr>
    </w:p>
    <w:p w14:paraId="3D1B296C" w14:textId="06DFD3C1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lastRenderedPageBreak/>
        <w:t>Мнения других фракций:</w:t>
      </w:r>
    </w:p>
    <w:p w14:paraId="5610DC64" w14:textId="7F02585A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Андрей Кузнецов («СПРАВЕДЛИВАЯ РОССИЯ»)</w:t>
      </w:r>
      <w:r w:rsidRPr="007361CF">
        <w:rPr>
          <w:bCs/>
          <w:lang w:val="ru-RU"/>
        </w:rPr>
        <w:t xml:space="preserve"> поддержал идею прогрессивного налогообложения, предложив отменить регрессивную шкалу страховых взносов. Он пояснил, что сейчас взносы составляют 30 процентов до определённого предела (около 3 млн 300 тыс. рублей), а выше этого порога ставка снижается в два раза. Кузнецов предложил убрать эту регрессию </w:t>
      </w:r>
      <w:r w:rsidR="00785F6D">
        <w:rPr>
          <w:bCs/>
          <w:lang w:val="ru-RU"/>
        </w:rPr>
        <w:t>–</w:t>
      </w:r>
      <w:r w:rsidRPr="007361CF">
        <w:rPr>
          <w:bCs/>
          <w:lang w:val="ru-RU"/>
        </w:rPr>
        <w:t xml:space="preserve"> </w:t>
      </w:r>
      <w:r w:rsidRPr="007361CF">
        <w:rPr>
          <w:b/>
          <w:bCs/>
          <w:lang w:val="ru-RU"/>
        </w:rPr>
        <w:t>чтобы и те, кто зарабатывает меньше порога, и те, кто зарабатывает больше, платили одинаково 30 процентов</w:t>
      </w:r>
      <w:r w:rsidRPr="007361CF">
        <w:rPr>
          <w:bCs/>
          <w:lang w:val="ru-RU"/>
        </w:rPr>
        <w:t>.</w:t>
      </w:r>
    </w:p>
    <w:p w14:paraId="5FE3BF18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Cs/>
          <w:lang w:val="ru-RU"/>
        </w:rPr>
        <w:t>Однако</w:t>
      </w:r>
      <w:r w:rsidRPr="007361CF">
        <w:rPr>
          <w:b/>
          <w:bCs/>
          <w:lang w:val="ru-RU"/>
        </w:rPr>
        <w:t xml:space="preserve"> министр финансов Антон Силуанов</w:t>
      </w:r>
      <w:r w:rsidRPr="007361CF">
        <w:rPr>
          <w:bCs/>
          <w:lang w:val="ru-RU"/>
        </w:rPr>
        <w:t xml:space="preserve"> отверг это предложение, заявив, что повышение ставки страховых взносов выше 30% </w:t>
      </w:r>
      <w:r w:rsidRPr="007361CF">
        <w:rPr>
          <w:b/>
          <w:bCs/>
          <w:lang w:val="ru-RU"/>
        </w:rPr>
        <w:t>«очень чувствительно для экономики»</w:t>
      </w:r>
      <w:r w:rsidRPr="007361CF">
        <w:rPr>
          <w:bCs/>
          <w:lang w:val="ru-RU"/>
        </w:rPr>
        <w:t xml:space="preserve"> и создаст дополнительную нагрузку на бизнес.</w:t>
      </w:r>
    </w:p>
    <w:p w14:paraId="3F26E298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Владислав </w:t>
      </w:r>
      <w:proofErr w:type="spellStart"/>
      <w:r w:rsidRPr="007361CF">
        <w:rPr>
          <w:b/>
          <w:bCs/>
          <w:lang w:val="ru-RU"/>
        </w:rPr>
        <w:t>Даванков</w:t>
      </w:r>
      <w:proofErr w:type="spellEnd"/>
      <w:r w:rsidRPr="007361CF">
        <w:rPr>
          <w:bCs/>
          <w:lang w:val="ru-RU"/>
        </w:rPr>
        <w:t xml:space="preserve"> </w:t>
      </w:r>
      <w:r w:rsidRPr="007361CF">
        <w:rPr>
          <w:b/>
          <w:bCs/>
          <w:lang w:val="ru-RU"/>
        </w:rPr>
        <w:t>(«НОВЫЕ ЛЮДИ»)</w:t>
      </w:r>
      <w:r w:rsidRPr="007361CF">
        <w:rPr>
          <w:bCs/>
          <w:lang w:val="ru-RU"/>
        </w:rPr>
        <w:t xml:space="preserve"> критически отнёсся к популистским предложениям, напомнив о законопроекте КПРФ о повышении МРОТ на 50%, в котором </w:t>
      </w:r>
      <w:r w:rsidRPr="007361CF">
        <w:rPr>
          <w:b/>
          <w:bCs/>
          <w:lang w:val="ru-RU"/>
        </w:rPr>
        <w:t>«источник бюджета» указан как «требуются дополнительные средства из бюджета»</w:t>
      </w:r>
      <w:r w:rsidRPr="007361CF">
        <w:rPr>
          <w:bCs/>
          <w:lang w:val="ru-RU"/>
        </w:rPr>
        <w:t>.</w:t>
      </w:r>
    </w:p>
    <w:p w14:paraId="51CFCA1E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Александр </w:t>
      </w:r>
      <w:proofErr w:type="spellStart"/>
      <w:r w:rsidRPr="007361CF">
        <w:rPr>
          <w:b/>
          <w:bCs/>
          <w:lang w:val="ru-RU"/>
        </w:rPr>
        <w:t>Бабаков</w:t>
      </w:r>
      <w:proofErr w:type="spellEnd"/>
      <w:r w:rsidRPr="007361CF">
        <w:rPr>
          <w:bCs/>
          <w:lang w:val="ru-RU"/>
        </w:rPr>
        <w:t xml:space="preserve"> </w:t>
      </w:r>
      <w:r w:rsidRPr="007361CF">
        <w:rPr>
          <w:b/>
          <w:bCs/>
          <w:lang w:val="ru-RU"/>
        </w:rPr>
        <w:t>(«СПРАВЕДЛИВАЯ РОССИЯ»)</w:t>
      </w:r>
      <w:r w:rsidRPr="007361CF">
        <w:rPr>
          <w:bCs/>
          <w:lang w:val="ru-RU"/>
        </w:rPr>
        <w:t xml:space="preserve"> предложил альтернативный источник: оптимизацию расходов на обслуживание госдолга и привлечение эмиссионных ресурсов Центробанка для финансирования инвестиций в реальный сектор.</w:t>
      </w:r>
    </w:p>
    <w:p w14:paraId="2B89C621" w14:textId="7E9246E3" w:rsid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D91D28">
        <w:rPr>
          <w:bCs/>
          <w:i/>
          <w:iCs/>
          <w:lang w:val="ru-RU"/>
        </w:rPr>
        <w:t xml:space="preserve">Ни один лидер фракции не поддержал напрямую идею национализации или изъятия средств у олигархов </w:t>
      </w:r>
      <w:r w:rsidR="00785F6D" w:rsidRPr="00D91D28">
        <w:rPr>
          <w:bCs/>
          <w:i/>
          <w:iCs/>
          <w:lang w:val="ru-RU"/>
        </w:rPr>
        <w:t>–</w:t>
      </w:r>
      <w:r w:rsidRPr="00D91D28">
        <w:rPr>
          <w:bCs/>
          <w:i/>
          <w:iCs/>
          <w:lang w:val="ru-RU"/>
        </w:rPr>
        <w:t xml:space="preserve"> эта тема осталась без ответа</w:t>
      </w:r>
      <w:r w:rsidRPr="007361CF">
        <w:rPr>
          <w:bCs/>
          <w:lang w:val="ru-RU"/>
        </w:rPr>
        <w:t>.</w:t>
      </w:r>
    </w:p>
    <w:p w14:paraId="34056545" w14:textId="77777777" w:rsidR="00785F6D" w:rsidRPr="007361CF" w:rsidRDefault="00785F6D" w:rsidP="007361CF">
      <w:pPr>
        <w:spacing w:after="0" w:line="240" w:lineRule="auto"/>
        <w:ind w:firstLine="720"/>
        <w:jc w:val="both"/>
        <w:rPr>
          <w:bCs/>
          <w:lang w:val="ru-RU"/>
        </w:rPr>
      </w:pPr>
    </w:p>
    <w:p w14:paraId="5F82A2AC" w14:textId="0CC48E2E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3. Экономику душат ставка, налоги и тарифы </w:t>
      </w:r>
      <w:r w:rsidR="00785F6D">
        <w:rPr>
          <w:b/>
          <w:bCs/>
          <w:lang w:val="ru-RU"/>
        </w:rPr>
        <w:t>–</w:t>
      </w:r>
      <w:r w:rsidRPr="007361CF">
        <w:rPr>
          <w:b/>
          <w:bCs/>
          <w:lang w:val="ru-RU"/>
        </w:rPr>
        <w:t xml:space="preserve"> без инвестиций страна провалится в 1990-е</w:t>
      </w:r>
    </w:p>
    <w:p w14:paraId="31A793A6" w14:textId="693DFF62" w:rsidR="007361CF" w:rsidRPr="007361CF" w:rsidRDefault="00D91D28" w:rsidP="007361CF">
      <w:pPr>
        <w:spacing w:after="0" w:line="240" w:lineRule="auto"/>
        <w:ind w:firstLine="720"/>
        <w:jc w:val="both"/>
        <w:rPr>
          <w:bCs/>
          <w:lang w:val="ru-RU"/>
        </w:rPr>
      </w:pPr>
      <w:r>
        <w:rPr>
          <w:bCs/>
          <w:lang w:val="ru-RU"/>
        </w:rPr>
        <w:t xml:space="preserve">Г.А. </w:t>
      </w:r>
      <w:r w:rsidR="007361CF" w:rsidRPr="007361CF">
        <w:rPr>
          <w:bCs/>
          <w:lang w:val="ru-RU"/>
        </w:rPr>
        <w:t xml:space="preserve">Зюганов жёстко раскритиковал политику Центробанка, заявив, что </w:t>
      </w:r>
      <w:r w:rsidR="007361CF" w:rsidRPr="007361CF">
        <w:rPr>
          <w:b/>
          <w:bCs/>
          <w:lang w:val="ru-RU"/>
        </w:rPr>
        <w:t>«ставка средняя за два года 18% опрокинула наши темпы»</w:t>
      </w:r>
      <w:r w:rsidR="007361CF" w:rsidRPr="007361CF">
        <w:rPr>
          <w:bCs/>
          <w:lang w:val="ru-RU"/>
        </w:rPr>
        <w:t xml:space="preserve">. Он подчеркнул, что высокая ключевая ставка обрушила инвестиции, которые в этом году упали на 10 процентов, и предупредил: </w:t>
      </w:r>
      <w:r w:rsidR="007361CF" w:rsidRPr="007361CF">
        <w:rPr>
          <w:b/>
          <w:bCs/>
          <w:lang w:val="ru-RU"/>
        </w:rPr>
        <w:t>«Без инвестиций никаких чудес не бывает. Так мы можем провалиться в 90-е годы»</w:t>
      </w:r>
      <w:r w:rsidR="007361CF" w:rsidRPr="007361CF">
        <w:rPr>
          <w:bCs/>
          <w:lang w:val="ru-RU"/>
        </w:rPr>
        <w:t>. Лидер КПРФ также обратил внимание на то, что налоги на малый и средний бизнес «удушили» 270 тысяч предприятий, а тарифы ЖКХ растут на 20% в год, что увеличивает нагрузку на граждан.</w:t>
      </w:r>
    </w:p>
    <w:p w14:paraId="04D8281E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Что говорили другие фракции:</w:t>
      </w:r>
    </w:p>
    <w:p w14:paraId="7387AE15" w14:textId="37714B43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Леонид Слуцкий</w:t>
      </w:r>
      <w:r w:rsidRPr="007361CF">
        <w:rPr>
          <w:bCs/>
          <w:lang w:val="ru-RU"/>
        </w:rPr>
        <w:t xml:space="preserve"> </w:t>
      </w:r>
      <w:r w:rsidRPr="007361CF">
        <w:rPr>
          <w:b/>
          <w:bCs/>
          <w:lang w:val="ru-RU"/>
        </w:rPr>
        <w:t>(ЛДПР)</w:t>
      </w:r>
      <w:r w:rsidR="00D91D28">
        <w:rPr>
          <w:b/>
          <w:bCs/>
          <w:lang w:val="ru-RU"/>
        </w:rPr>
        <w:t xml:space="preserve"> </w:t>
      </w:r>
      <w:r w:rsidRPr="007361CF">
        <w:rPr>
          <w:bCs/>
          <w:lang w:val="ru-RU"/>
        </w:rPr>
        <w:t xml:space="preserve">согласился с критикой высокой ставки, отметив, что она тормозит инвестиционную активность, но призвал </w:t>
      </w:r>
      <w:r w:rsidRPr="007361CF">
        <w:rPr>
          <w:b/>
          <w:bCs/>
          <w:lang w:val="ru-RU"/>
        </w:rPr>
        <w:t>«не сотрясать воздух популистскими высказываниями»</w:t>
      </w:r>
      <w:r w:rsidRPr="007361CF">
        <w:rPr>
          <w:bCs/>
          <w:lang w:val="ru-RU"/>
        </w:rPr>
        <w:t>, а работать конструктивно.</w:t>
      </w:r>
    </w:p>
    <w:p w14:paraId="372E5BC2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Максим </w:t>
      </w:r>
      <w:proofErr w:type="spellStart"/>
      <w:r w:rsidRPr="007361CF">
        <w:rPr>
          <w:b/>
          <w:bCs/>
          <w:lang w:val="ru-RU"/>
        </w:rPr>
        <w:t>Топилин</w:t>
      </w:r>
      <w:proofErr w:type="spellEnd"/>
      <w:r w:rsidRPr="007361CF">
        <w:rPr>
          <w:b/>
          <w:bCs/>
          <w:lang w:val="ru-RU"/>
        </w:rPr>
        <w:t xml:space="preserve"> (комитет по экономической политике, «ЕДИНАЯ РОССИЯ») </w:t>
      </w:r>
      <w:r w:rsidRPr="007361CF">
        <w:rPr>
          <w:bCs/>
          <w:lang w:val="ru-RU"/>
        </w:rPr>
        <w:t>признал проблему инвестиций, но подчеркнул, что за последние пять лет инвестиции выросли почти в два раза, достигнув 45 триллионов рублей, и что снижение ставки через консолидацию бюджетной политики позволит выйти на траекторию роста.</w:t>
      </w:r>
    </w:p>
    <w:p w14:paraId="0882EC55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Владислав </w:t>
      </w:r>
      <w:proofErr w:type="spellStart"/>
      <w:r w:rsidRPr="007361CF">
        <w:rPr>
          <w:b/>
          <w:bCs/>
          <w:lang w:val="ru-RU"/>
        </w:rPr>
        <w:t>Даванков</w:t>
      </w:r>
      <w:proofErr w:type="spellEnd"/>
      <w:r w:rsidRPr="007361CF">
        <w:rPr>
          <w:bCs/>
          <w:lang w:val="ru-RU"/>
        </w:rPr>
        <w:t xml:space="preserve"> </w:t>
      </w:r>
      <w:r w:rsidRPr="007361CF">
        <w:rPr>
          <w:b/>
          <w:bCs/>
          <w:lang w:val="ru-RU"/>
        </w:rPr>
        <w:t>(«НОВЫЕ ЛЮДИ»)</w:t>
      </w:r>
      <w:r w:rsidRPr="007361CF">
        <w:rPr>
          <w:bCs/>
          <w:lang w:val="ru-RU"/>
        </w:rPr>
        <w:t xml:space="preserve"> предложил сосредоточиться на сокращении неэффективных расходов, включая форумы, конференции и платные концерты артистов за счёт региональных бюджетов.</w:t>
      </w:r>
    </w:p>
    <w:p w14:paraId="21B13DF7" w14:textId="77777777" w:rsid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lastRenderedPageBreak/>
        <w:t xml:space="preserve">Александр </w:t>
      </w:r>
      <w:proofErr w:type="spellStart"/>
      <w:r w:rsidRPr="007361CF">
        <w:rPr>
          <w:b/>
          <w:bCs/>
          <w:lang w:val="ru-RU"/>
        </w:rPr>
        <w:t>Бабаков</w:t>
      </w:r>
      <w:proofErr w:type="spellEnd"/>
      <w:r w:rsidRPr="007361CF">
        <w:rPr>
          <w:bCs/>
          <w:lang w:val="ru-RU"/>
        </w:rPr>
        <w:t xml:space="preserve"> </w:t>
      </w:r>
      <w:r w:rsidRPr="007361CF">
        <w:rPr>
          <w:b/>
          <w:bCs/>
          <w:lang w:val="ru-RU"/>
        </w:rPr>
        <w:t>(«СПРАВЕДЛИВАЯ РОССИЯ»)</w:t>
      </w:r>
      <w:r w:rsidRPr="007361CF">
        <w:rPr>
          <w:bCs/>
          <w:lang w:val="ru-RU"/>
        </w:rPr>
        <w:t xml:space="preserve"> заявил, что проблема не в ставке, а в отсутствии эмиссионного финансирования инвестиций в реальный сектор, и призвал </w:t>
      </w:r>
      <w:r w:rsidRPr="007361CF">
        <w:rPr>
          <w:b/>
          <w:bCs/>
          <w:lang w:val="ru-RU"/>
        </w:rPr>
        <w:t>«выпускать новые деньги под новое развитие»</w:t>
      </w:r>
      <w:r w:rsidRPr="007361CF">
        <w:rPr>
          <w:bCs/>
          <w:lang w:val="ru-RU"/>
        </w:rPr>
        <w:t>.</w:t>
      </w:r>
    </w:p>
    <w:p w14:paraId="0E5C0311" w14:textId="77777777" w:rsidR="00785F6D" w:rsidRPr="007361CF" w:rsidRDefault="00785F6D" w:rsidP="007361CF">
      <w:pPr>
        <w:spacing w:after="0" w:line="240" w:lineRule="auto"/>
        <w:ind w:firstLine="720"/>
        <w:jc w:val="both"/>
        <w:rPr>
          <w:bCs/>
          <w:lang w:val="ru-RU"/>
        </w:rPr>
      </w:pPr>
    </w:p>
    <w:p w14:paraId="27A2F257" w14:textId="71C8B821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4. Село и технологии: без поддержки </w:t>
      </w:r>
      <w:r w:rsidR="00785F6D">
        <w:rPr>
          <w:b/>
          <w:bCs/>
          <w:lang w:val="ru-RU"/>
        </w:rPr>
        <w:t>–</w:t>
      </w:r>
      <w:r w:rsidRPr="007361CF">
        <w:rPr>
          <w:b/>
          <w:bCs/>
          <w:lang w:val="ru-RU"/>
        </w:rPr>
        <w:t xml:space="preserve"> деградация и отставание навсегда</w:t>
      </w:r>
    </w:p>
    <w:p w14:paraId="3137C3A1" w14:textId="1CC05040" w:rsidR="007361CF" w:rsidRPr="007361CF" w:rsidRDefault="00D91D28" w:rsidP="007361CF">
      <w:pPr>
        <w:spacing w:after="0" w:line="240" w:lineRule="auto"/>
        <w:ind w:firstLine="720"/>
        <w:jc w:val="both"/>
        <w:rPr>
          <w:bCs/>
          <w:lang w:val="ru-RU"/>
        </w:rPr>
      </w:pPr>
      <w:r>
        <w:rPr>
          <w:bCs/>
          <w:lang w:val="ru-RU"/>
        </w:rPr>
        <w:t xml:space="preserve">Г.А. </w:t>
      </w:r>
      <w:r w:rsidR="007361CF" w:rsidRPr="007361CF">
        <w:rPr>
          <w:bCs/>
          <w:lang w:val="ru-RU"/>
        </w:rPr>
        <w:t xml:space="preserve">Зюганов обратил внимание на катастрофическое положение в сельском хозяйстве и науке. Он напомнил, что КПРФ предложила правительству закупить у крестьян 15 миллионов тонн зерна по 15 тысяч рублей за тонну, но власть решила купить только 3 миллиона. </w:t>
      </w:r>
      <w:r w:rsidR="007361CF" w:rsidRPr="007361CF">
        <w:rPr>
          <w:b/>
          <w:bCs/>
          <w:lang w:val="ru-RU"/>
        </w:rPr>
        <w:t>«</w:t>
      </w:r>
      <w:r w:rsidR="007361CF" w:rsidRPr="00D91D28">
        <w:rPr>
          <w:b/>
          <w:bCs/>
          <w:i/>
          <w:iCs/>
          <w:lang w:val="ru-RU"/>
        </w:rPr>
        <w:t>Село с урожаем, но без денег. Без денег у аграриев на полях техники уже в три раза меньше, чем в Казахстане и Беларуси</w:t>
      </w:r>
      <w:r w:rsidR="007361CF" w:rsidRPr="007361CF">
        <w:rPr>
          <w:b/>
          <w:bCs/>
          <w:lang w:val="ru-RU"/>
        </w:rPr>
        <w:t>»</w:t>
      </w:r>
      <w:r w:rsidR="007361CF" w:rsidRPr="007361CF">
        <w:rPr>
          <w:bCs/>
          <w:lang w:val="ru-RU"/>
        </w:rPr>
        <w:t xml:space="preserve">, </w:t>
      </w:r>
      <w:r w:rsidR="00785F6D">
        <w:rPr>
          <w:bCs/>
          <w:lang w:val="ru-RU"/>
        </w:rPr>
        <w:t>–</w:t>
      </w:r>
      <w:r w:rsidR="007361CF" w:rsidRPr="007361CF">
        <w:rPr>
          <w:bCs/>
          <w:lang w:val="ru-RU"/>
        </w:rPr>
        <w:t xml:space="preserve"> заявил лидер КПРФ. Он также подчеркнул, что в области искусственного интеллекта США вкладывают в 100 раз больше, чем Россия, Китай </w:t>
      </w:r>
      <w:r w:rsidR="00785F6D">
        <w:rPr>
          <w:bCs/>
          <w:lang w:val="ru-RU"/>
        </w:rPr>
        <w:t>–</w:t>
      </w:r>
      <w:r w:rsidR="007361CF" w:rsidRPr="007361CF">
        <w:rPr>
          <w:bCs/>
          <w:lang w:val="ru-RU"/>
        </w:rPr>
        <w:t xml:space="preserve"> в 35 раз больше, а в бюджете на эти цели средства сокращаются.</w:t>
      </w:r>
    </w:p>
    <w:p w14:paraId="4358D107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Отклик со стороны других фракций:</w:t>
      </w:r>
    </w:p>
    <w:p w14:paraId="4157D5B4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Дмитрий Грачёв («ЕДИНАЯ РОССИЯ») </w:t>
      </w:r>
      <w:r w:rsidRPr="007361CF">
        <w:rPr>
          <w:bCs/>
          <w:lang w:val="ru-RU"/>
        </w:rPr>
        <w:t xml:space="preserve">поддержал увеличение средств на комплексное развитие сельских территорий, подчеркнув, что это </w:t>
      </w:r>
      <w:r w:rsidRPr="007361CF">
        <w:rPr>
          <w:b/>
          <w:bCs/>
          <w:lang w:val="ru-RU"/>
        </w:rPr>
        <w:t>«ключевой приоритет»</w:t>
      </w:r>
      <w:r w:rsidRPr="007361CF">
        <w:rPr>
          <w:bCs/>
          <w:lang w:val="ru-RU"/>
        </w:rPr>
        <w:t xml:space="preserve"> фракции.</w:t>
      </w:r>
    </w:p>
    <w:p w14:paraId="61AE4443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Антон Силуанов, министр финансов </w:t>
      </w:r>
      <w:r w:rsidRPr="007361CF">
        <w:rPr>
          <w:bCs/>
          <w:lang w:val="ru-RU"/>
        </w:rPr>
        <w:t>заявил, что готов вместе с депутатами найти источники для увеличения финансирования программы «Комплексное развитие сельских территорий» ко второму чтению.</w:t>
      </w:r>
    </w:p>
    <w:p w14:paraId="757DB16D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Максим </w:t>
      </w:r>
      <w:proofErr w:type="spellStart"/>
      <w:r w:rsidRPr="007361CF">
        <w:rPr>
          <w:b/>
          <w:bCs/>
          <w:lang w:val="ru-RU"/>
        </w:rPr>
        <w:t>Гулин</w:t>
      </w:r>
      <w:proofErr w:type="spellEnd"/>
      <w:r w:rsidRPr="007361CF">
        <w:rPr>
          <w:b/>
          <w:bCs/>
          <w:lang w:val="ru-RU"/>
        </w:rPr>
        <w:t xml:space="preserve"> («НОВЫЕ ЛЮДИ»)</w:t>
      </w:r>
      <w:r w:rsidRPr="007361CF">
        <w:rPr>
          <w:bCs/>
          <w:lang w:val="ru-RU"/>
        </w:rPr>
        <w:t xml:space="preserve"> обратил внимание на сокращение финансирования направления «Прорывные исследования в области искусственного интеллекта» на 24%, что, по его словам, может привести к замедлению перспективных разработок и потере научных кадров.</w:t>
      </w:r>
    </w:p>
    <w:p w14:paraId="720CA2CC" w14:textId="77777777" w:rsid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Леонид Слуцкий (ЛДПР)</w:t>
      </w:r>
      <w:r w:rsidRPr="007361CF">
        <w:rPr>
          <w:bCs/>
          <w:lang w:val="ru-RU"/>
        </w:rPr>
        <w:t xml:space="preserve"> призвал усилить поддержку научных разработок с применением искусственного интеллекта, отметив, что это </w:t>
      </w:r>
      <w:r w:rsidRPr="007361CF">
        <w:rPr>
          <w:b/>
          <w:bCs/>
          <w:lang w:val="ru-RU"/>
        </w:rPr>
        <w:t>«одно из ключевых направлений технологического лидерства России»</w:t>
      </w:r>
      <w:r w:rsidRPr="007361CF">
        <w:rPr>
          <w:bCs/>
          <w:lang w:val="ru-RU"/>
        </w:rPr>
        <w:t>.</w:t>
      </w:r>
    </w:p>
    <w:p w14:paraId="243459B4" w14:textId="77777777" w:rsidR="00785F6D" w:rsidRPr="007361CF" w:rsidRDefault="00785F6D" w:rsidP="007361CF">
      <w:pPr>
        <w:spacing w:after="0" w:line="240" w:lineRule="auto"/>
        <w:ind w:firstLine="720"/>
        <w:jc w:val="both"/>
        <w:rPr>
          <w:bCs/>
          <w:lang w:val="ru-RU"/>
        </w:rPr>
      </w:pPr>
    </w:p>
    <w:p w14:paraId="69CE6438" w14:textId="379700E2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5. ЖКХ: из миллиона километров труб 600 тысяч сгнили </w:t>
      </w:r>
      <w:r w:rsidR="00785F6D">
        <w:rPr>
          <w:b/>
          <w:bCs/>
          <w:lang w:val="ru-RU"/>
        </w:rPr>
        <w:t>–</w:t>
      </w:r>
      <w:r w:rsidRPr="007361CF">
        <w:rPr>
          <w:b/>
          <w:bCs/>
          <w:lang w:val="ru-RU"/>
        </w:rPr>
        <w:t xml:space="preserve"> без инвестиций замерзнем</w:t>
      </w:r>
    </w:p>
    <w:p w14:paraId="2DE798C7" w14:textId="2DF1CFE8" w:rsidR="007361CF" w:rsidRPr="007361CF" w:rsidRDefault="00D91D28" w:rsidP="007361CF">
      <w:pPr>
        <w:spacing w:after="0" w:line="240" w:lineRule="auto"/>
        <w:ind w:firstLine="720"/>
        <w:jc w:val="both"/>
        <w:rPr>
          <w:bCs/>
          <w:lang w:val="ru-RU"/>
        </w:rPr>
      </w:pPr>
      <w:r>
        <w:rPr>
          <w:bCs/>
          <w:lang w:val="ru-RU"/>
        </w:rPr>
        <w:t>Лидер КПРФ</w:t>
      </w:r>
      <w:r w:rsidR="007361CF" w:rsidRPr="007361CF">
        <w:rPr>
          <w:bCs/>
          <w:lang w:val="ru-RU"/>
        </w:rPr>
        <w:t xml:space="preserve"> жёстко раскритиковал сокращение финансирования ЖКХ, заявив: </w:t>
      </w:r>
      <w:r w:rsidR="007361CF" w:rsidRPr="007361CF">
        <w:rPr>
          <w:b/>
          <w:bCs/>
          <w:lang w:val="ru-RU"/>
        </w:rPr>
        <w:t>«</w:t>
      </w:r>
      <w:r w:rsidR="007361CF" w:rsidRPr="00D91D28">
        <w:rPr>
          <w:b/>
          <w:bCs/>
          <w:i/>
          <w:iCs/>
          <w:lang w:val="ru-RU"/>
        </w:rPr>
        <w:t>Из миллиона километров 600 тысяч труб сгнили. Если вы их не будете менять, вы будете завтра все замерзать и подыхать</w:t>
      </w:r>
      <w:r w:rsidR="007361CF" w:rsidRPr="007361CF">
        <w:rPr>
          <w:b/>
          <w:bCs/>
          <w:lang w:val="ru-RU"/>
        </w:rPr>
        <w:t>»</w:t>
      </w:r>
      <w:r w:rsidR="007361CF" w:rsidRPr="007361CF">
        <w:rPr>
          <w:bCs/>
          <w:lang w:val="ru-RU"/>
        </w:rPr>
        <w:t>. Он подчеркнул, что финансирование ЖКХ за три года сокращается на 40 процентов, и призвал вернуть эту отрасль под контроль государства.</w:t>
      </w:r>
    </w:p>
    <w:p w14:paraId="28DCDB5E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Как отреагировали другие фракции:</w:t>
      </w:r>
    </w:p>
    <w:p w14:paraId="3BD86D28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Леонид Слуцкий</w:t>
      </w:r>
      <w:r w:rsidRPr="007361CF">
        <w:rPr>
          <w:bCs/>
          <w:lang w:val="ru-RU"/>
        </w:rPr>
        <w:t xml:space="preserve"> </w:t>
      </w:r>
      <w:r w:rsidRPr="007361CF">
        <w:rPr>
          <w:b/>
          <w:bCs/>
          <w:lang w:val="ru-RU"/>
        </w:rPr>
        <w:t>(ЛДПР)</w:t>
      </w:r>
      <w:r w:rsidRPr="007361CF">
        <w:rPr>
          <w:bCs/>
          <w:lang w:val="ru-RU"/>
        </w:rPr>
        <w:t xml:space="preserve"> полностью поддержал критику Зюганова, заявив: </w:t>
      </w:r>
      <w:r w:rsidRPr="007361CF">
        <w:rPr>
          <w:b/>
          <w:bCs/>
          <w:lang w:val="ru-RU"/>
        </w:rPr>
        <w:t>«Сети сгнили на 100 процентов»</w:t>
      </w:r>
      <w:r w:rsidRPr="007361CF">
        <w:rPr>
          <w:bCs/>
          <w:lang w:val="ru-RU"/>
        </w:rPr>
        <w:t xml:space="preserve">, и предложил </w:t>
      </w:r>
      <w:r w:rsidRPr="007361CF">
        <w:rPr>
          <w:b/>
          <w:bCs/>
          <w:lang w:val="ru-RU"/>
        </w:rPr>
        <w:t>«вернуть ЖКХ под контроль государства»</w:t>
      </w:r>
      <w:r w:rsidRPr="007361CF">
        <w:rPr>
          <w:bCs/>
          <w:lang w:val="ru-RU"/>
        </w:rPr>
        <w:t xml:space="preserve">, создать комитет по ЖКХ и федеральное агентство. Он также назвал концессионеров </w:t>
      </w:r>
      <w:r w:rsidRPr="007361CF">
        <w:rPr>
          <w:b/>
          <w:bCs/>
          <w:lang w:val="ru-RU"/>
        </w:rPr>
        <w:t>«ворюгами»</w:t>
      </w:r>
      <w:r w:rsidRPr="007361CF">
        <w:rPr>
          <w:bCs/>
          <w:lang w:val="ru-RU"/>
        </w:rPr>
        <w:t xml:space="preserve">, которые </w:t>
      </w:r>
      <w:r w:rsidRPr="007361CF">
        <w:rPr>
          <w:b/>
          <w:bCs/>
          <w:lang w:val="ru-RU"/>
        </w:rPr>
        <w:t>«залезли в карман государства и ничего не ремонтируют»</w:t>
      </w:r>
      <w:r w:rsidRPr="007361CF">
        <w:rPr>
          <w:bCs/>
          <w:lang w:val="ru-RU"/>
        </w:rPr>
        <w:t>.</w:t>
      </w:r>
    </w:p>
    <w:p w14:paraId="78E0605C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Председатель Государственной Думы Вячеслав Володин</w:t>
      </w:r>
      <w:r w:rsidRPr="007361CF">
        <w:rPr>
          <w:bCs/>
          <w:lang w:val="ru-RU"/>
        </w:rPr>
        <w:t xml:space="preserve"> также поддержал критику Зюганова, отметив, что тарифы под контролем, и призвал изучать опыт Москвы, где муниципальные предприятия занимаются </w:t>
      </w:r>
      <w:proofErr w:type="spellStart"/>
      <w:r w:rsidRPr="007361CF">
        <w:rPr>
          <w:bCs/>
          <w:lang w:val="ru-RU"/>
        </w:rPr>
        <w:t>тепловодообеспечением</w:t>
      </w:r>
      <w:proofErr w:type="spellEnd"/>
      <w:r w:rsidRPr="007361CF">
        <w:rPr>
          <w:bCs/>
          <w:lang w:val="ru-RU"/>
        </w:rPr>
        <w:t>, а социальная поддержка оказывается гражданам, если тарифы превышают 10% от дохода.</w:t>
      </w:r>
    </w:p>
    <w:p w14:paraId="52DD988A" w14:textId="77777777" w:rsidR="007361CF" w:rsidRPr="00D91D28" w:rsidRDefault="007361CF" w:rsidP="007361CF">
      <w:pPr>
        <w:spacing w:after="0" w:line="240" w:lineRule="auto"/>
        <w:ind w:firstLine="720"/>
        <w:jc w:val="both"/>
        <w:rPr>
          <w:bCs/>
          <w:i/>
          <w:iCs/>
          <w:lang w:val="ru-RU"/>
        </w:rPr>
      </w:pPr>
      <w:r w:rsidRPr="00D91D28">
        <w:rPr>
          <w:bCs/>
          <w:i/>
          <w:iCs/>
          <w:lang w:val="ru-RU"/>
        </w:rPr>
        <w:lastRenderedPageBreak/>
        <w:t>Другие фракции эту тему не затронули.</w:t>
      </w:r>
    </w:p>
    <w:p w14:paraId="5A6C3F97" w14:textId="77777777" w:rsidR="00785F6D" w:rsidRPr="007361CF" w:rsidRDefault="00785F6D" w:rsidP="007361CF">
      <w:pPr>
        <w:spacing w:after="0" w:line="240" w:lineRule="auto"/>
        <w:ind w:firstLine="720"/>
        <w:jc w:val="both"/>
        <w:rPr>
          <w:bCs/>
          <w:lang w:val="ru-RU"/>
        </w:rPr>
      </w:pPr>
    </w:p>
    <w:p w14:paraId="1A31CE5C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6. Демография и «Семья»: рождаемость 1,3, программа сокращена на 10%</w:t>
      </w:r>
    </w:p>
    <w:p w14:paraId="03C66C4D" w14:textId="521CCB0B" w:rsidR="007361CF" w:rsidRPr="007361CF" w:rsidRDefault="00D91D28" w:rsidP="007361CF">
      <w:pPr>
        <w:spacing w:after="0" w:line="240" w:lineRule="auto"/>
        <w:ind w:firstLine="720"/>
        <w:jc w:val="both"/>
        <w:rPr>
          <w:bCs/>
          <w:lang w:val="ru-RU"/>
        </w:rPr>
      </w:pPr>
      <w:r>
        <w:rPr>
          <w:bCs/>
          <w:lang w:val="ru-RU"/>
        </w:rPr>
        <w:t xml:space="preserve">Г.А. </w:t>
      </w:r>
      <w:r w:rsidR="007361CF" w:rsidRPr="007361CF">
        <w:rPr>
          <w:bCs/>
          <w:lang w:val="ru-RU"/>
        </w:rPr>
        <w:t xml:space="preserve">Зюганов обратил внимание на катастрофическое положение в демографии: </w:t>
      </w:r>
      <w:r w:rsidR="007361CF" w:rsidRPr="007361CF">
        <w:rPr>
          <w:b/>
          <w:bCs/>
          <w:lang w:val="ru-RU"/>
        </w:rPr>
        <w:t>«</w:t>
      </w:r>
      <w:r w:rsidR="007361CF" w:rsidRPr="00D91D28">
        <w:rPr>
          <w:b/>
          <w:bCs/>
          <w:i/>
          <w:iCs/>
          <w:lang w:val="ru-RU"/>
        </w:rPr>
        <w:t>Коэффициент рождаемости упал до минимума – 1,3. Так было, по-моему, только 200 лет тому назад</w:t>
      </w:r>
      <w:r w:rsidR="007361CF" w:rsidRPr="007361CF">
        <w:rPr>
          <w:b/>
          <w:bCs/>
          <w:lang w:val="ru-RU"/>
        </w:rPr>
        <w:t>»</w:t>
      </w:r>
      <w:r w:rsidR="007361CF" w:rsidRPr="007361CF">
        <w:rPr>
          <w:bCs/>
          <w:lang w:val="ru-RU"/>
        </w:rPr>
        <w:t>. Он подчеркнул, что национальный проект «Семья» сокращён на 10 процентов, и призвал увеличить финансирование.</w:t>
      </w:r>
    </w:p>
    <w:p w14:paraId="6E358762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Что сказали представители других фракций:</w:t>
      </w:r>
    </w:p>
    <w:p w14:paraId="1697AA66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Леонид Слуцкий</w:t>
      </w:r>
      <w:r w:rsidRPr="007361CF">
        <w:rPr>
          <w:bCs/>
          <w:lang w:val="ru-RU"/>
        </w:rPr>
        <w:t xml:space="preserve"> </w:t>
      </w:r>
      <w:r w:rsidRPr="007361CF">
        <w:rPr>
          <w:b/>
          <w:bCs/>
          <w:lang w:val="ru-RU"/>
        </w:rPr>
        <w:t>(ЛДПР)</w:t>
      </w:r>
      <w:r w:rsidRPr="007361CF">
        <w:rPr>
          <w:bCs/>
          <w:lang w:val="ru-RU"/>
        </w:rPr>
        <w:t xml:space="preserve"> поддержал критику Зюганова, заявив, что в бюджете </w:t>
      </w:r>
      <w:r w:rsidRPr="007361CF">
        <w:rPr>
          <w:b/>
          <w:bCs/>
          <w:lang w:val="ru-RU"/>
        </w:rPr>
        <w:t>«новых мер… на повышение рождаемости»</w:t>
      </w:r>
      <w:r w:rsidRPr="007361CF">
        <w:rPr>
          <w:bCs/>
          <w:lang w:val="ru-RU"/>
        </w:rPr>
        <w:t xml:space="preserve"> нет: </w:t>
      </w:r>
      <w:r w:rsidRPr="007361CF">
        <w:rPr>
          <w:b/>
          <w:bCs/>
          <w:lang w:val="ru-RU"/>
        </w:rPr>
        <w:t>«Правительство должно объяснить… Пока не видим»</w:t>
      </w:r>
      <w:r w:rsidRPr="007361CF">
        <w:rPr>
          <w:bCs/>
          <w:lang w:val="ru-RU"/>
        </w:rPr>
        <w:t>. Он предложил снять имущественный ценз для многодетных семей.</w:t>
      </w:r>
    </w:p>
    <w:p w14:paraId="5370BED4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Владислав </w:t>
      </w:r>
      <w:proofErr w:type="spellStart"/>
      <w:r w:rsidRPr="007361CF">
        <w:rPr>
          <w:b/>
          <w:bCs/>
          <w:lang w:val="ru-RU"/>
        </w:rPr>
        <w:t>Даванков</w:t>
      </w:r>
      <w:proofErr w:type="spellEnd"/>
      <w:r w:rsidRPr="007361CF">
        <w:rPr>
          <w:bCs/>
          <w:lang w:val="ru-RU"/>
        </w:rPr>
        <w:t xml:space="preserve"> </w:t>
      </w:r>
      <w:r w:rsidRPr="007361CF">
        <w:rPr>
          <w:b/>
          <w:bCs/>
          <w:lang w:val="ru-RU"/>
        </w:rPr>
        <w:t>(«НОВЫЕ ЛЮДИ»)</w:t>
      </w:r>
      <w:r w:rsidRPr="007361CF">
        <w:rPr>
          <w:bCs/>
          <w:lang w:val="ru-RU"/>
        </w:rPr>
        <w:t xml:space="preserve"> критически отнёсся к сокращению финансирования горячего питания в школах (на 4,6%), заявив: </w:t>
      </w:r>
      <w:r w:rsidRPr="007361CF">
        <w:rPr>
          <w:b/>
          <w:bCs/>
          <w:lang w:val="ru-RU"/>
        </w:rPr>
        <w:t>«Клоуны важнее детских обедов?»</w:t>
      </w:r>
      <w:r w:rsidRPr="007361CF">
        <w:rPr>
          <w:bCs/>
          <w:lang w:val="ru-RU"/>
        </w:rPr>
        <w:t xml:space="preserve"> (в контексте роста финансирования цирковой деятельности на 32%).</w:t>
      </w:r>
    </w:p>
    <w:p w14:paraId="2755B890" w14:textId="77777777" w:rsid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Андрей Макаров («ЕДИНАЯ РОССИЯ») </w:t>
      </w:r>
      <w:r w:rsidRPr="007361CF">
        <w:rPr>
          <w:bCs/>
          <w:lang w:val="ru-RU"/>
        </w:rPr>
        <w:t xml:space="preserve">в общем, не отвечая на агрегированные данные, парировал критику и лишь перечислил некоторые точечные меры поддержки семей: выплаты, материнский капитал, роддомы, </w:t>
      </w:r>
      <w:r w:rsidRPr="007361CF">
        <w:rPr>
          <w:b/>
          <w:bCs/>
          <w:lang w:val="ru-RU"/>
        </w:rPr>
        <w:t>«мы же о рождаемости говорим»</w:t>
      </w:r>
      <w:r w:rsidRPr="007361CF">
        <w:rPr>
          <w:bCs/>
          <w:lang w:val="ru-RU"/>
        </w:rPr>
        <w:t xml:space="preserve">. Он назвал бюджет </w:t>
      </w:r>
      <w:r w:rsidRPr="007361CF">
        <w:rPr>
          <w:b/>
          <w:bCs/>
          <w:lang w:val="ru-RU"/>
        </w:rPr>
        <w:t>«бюджетом для людей»</w:t>
      </w:r>
      <w:r w:rsidRPr="007361CF">
        <w:rPr>
          <w:bCs/>
          <w:lang w:val="ru-RU"/>
        </w:rPr>
        <w:t>.</w:t>
      </w:r>
    </w:p>
    <w:p w14:paraId="25C4060B" w14:textId="77777777" w:rsidR="00785F6D" w:rsidRPr="007361CF" w:rsidRDefault="00785F6D" w:rsidP="007361CF">
      <w:pPr>
        <w:spacing w:after="0" w:line="240" w:lineRule="auto"/>
        <w:ind w:firstLine="720"/>
        <w:jc w:val="both"/>
        <w:rPr>
          <w:bCs/>
          <w:lang w:val="ru-RU"/>
        </w:rPr>
      </w:pPr>
    </w:p>
    <w:p w14:paraId="1E963538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7. Урезаны нацпроекты и технологии: ИИ, радиоэлектроника, наука</w:t>
      </w:r>
    </w:p>
    <w:p w14:paraId="03847512" w14:textId="035247FB" w:rsidR="007361CF" w:rsidRPr="007361CF" w:rsidRDefault="00D91D28" w:rsidP="007361CF">
      <w:pPr>
        <w:spacing w:after="0" w:line="240" w:lineRule="auto"/>
        <w:ind w:firstLine="720"/>
        <w:jc w:val="both"/>
        <w:rPr>
          <w:bCs/>
          <w:lang w:val="ru-RU"/>
        </w:rPr>
      </w:pPr>
      <w:r>
        <w:rPr>
          <w:bCs/>
          <w:lang w:val="ru-RU"/>
        </w:rPr>
        <w:t xml:space="preserve">Г.А. </w:t>
      </w:r>
      <w:r w:rsidR="007361CF" w:rsidRPr="007361CF">
        <w:rPr>
          <w:bCs/>
          <w:lang w:val="ru-RU"/>
        </w:rPr>
        <w:t xml:space="preserve">Зюганов обратил внимание на сокращение финансирования ключевых направлений: </w:t>
      </w:r>
      <w:r w:rsidR="007361CF" w:rsidRPr="007361CF">
        <w:rPr>
          <w:b/>
          <w:bCs/>
          <w:lang w:val="ru-RU"/>
        </w:rPr>
        <w:t>«</w:t>
      </w:r>
      <w:r w:rsidR="007361CF" w:rsidRPr="00D91D28">
        <w:rPr>
          <w:b/>
          <w:bCs/>
          <w:i/>
          <w:iCs/>
          <w:lang w:val="ru-RU"/>
        </w:rPr>
        <w:t>Эффективная и конкурентоспособная экономика, минус 37 процентов, инновационная экономика – минус 30 процентов, электротехника и радиоэлектроника – минус 18 процентов</w:t>
      </w:r>
      <w:r w:rsidR="007361CF" w:rsidRPr="007361CF">
        <w:rPr>
          <w:b/>
          <w:bCs/>
          <w:lang w:val="ru-RU"/>
        </w:rPr>
        <w:t>»</w:t>
      </w:r>
      <w:r w:rsidR="007361CF" w:rsidRPr="007361CF">
        <w:rPr>
          <w:bCs/>
          <w:lang w:val="ru-RU"/>
        </w:rPr>
        <w:t xml:space="preserve">. Он подчеркнул, что США вкладывают в искусственный интеллект в 100 раз больше, чем Россия, Китай </w:t>
      </w:r>
      <w:r w:rsidR="00785F6D">
        <w:rPr>
          <w:bCs/>
          <w:lang w:val="ru-RU"/>
        </w:rPr>
        <w:t>–</w:t>
      </w:r>
      <w:r w:rsidR="007361CF" w:rsidRPr="007361CF">
        <w:rPr>
          <w:bCs/>
          <w:lang w:val="ru-RU"/>
        </w:rPr>
        <w:t xml:space="preserve"> в 35 раз больше, и предупредил: </w:t>
      </w:r>
      <w:r w:rsidR="007361CF" w:rsidRPr="007361CF">
        <w:rPr>
          <w:b/>
          <w:bCs/>
          <w:lang w:val="ru-RU"/>
        </w:rPr>
        <w:t>«Если мы это не освоим, мы отстанем навсегда»</w:t>
      </w:r>
      <w:r w:rsidR="007361CF" w:rsidRPr="007361CF">
        <w:rPr>
          <w:bCs/>
          <w:lang w:val="ru-RU"/>
        </w:rPr>
        <w:t>.</w:t>
      </w:r>
    </w:p>
    <w:p w14:paraId="0B8BF135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Взгляд других фракций:</w:t>
      </w:r>
    </w:p>
    <w:p w14:paraId="12B1448A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Леонид Слуцкий</w:t>
      </w:r>
      <w:r w:rsidRPr="007361CF">
        <w:rPr>
          <w:bCs/>
          <w:lang w:val="ru-RU"/>
        </w:rPr>
        <w:t xml:space="preserve"> </w:t>
      </w:r>
      <w:r w:rsidRPr="007361CF">
        <w:rPr>
          <w:b/>
          <w:bCs/>
          <w:lang w:val="ru-RU"/>
        </w:rPr>
        <w:t>(ЛДПР)</w:t>
      </w:r>
      <w:r w:rsidRPr="007361CF">
        <w:rPr>
          <w:bCs/>
          <w:lang w:val="ru-RU"/>
        </w:rPr>
        <w:t xml:space="preserve"> поддержал увеличение финансирования национальных проектов «Технологического лидерства», науки с ИИ и роботизации, отметив, что о сокращениях по другим проектам не говорит.</w:t>
      </w:r>
    </w:p>
    <w:p w14:paraId="359F2425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Владислав </w:t>
      </w:r>
      <w:proofErr w:type="spellStart"/>
      <w:r w:rsidRPr="007361CF">
        <w:rPr>
          <w:b/>
          <w:bCs/>
          <w:lang w:val="ru-RU"/>
        </w:rPr>
        <w:t>Даванков</w:t>
      </w:r>
      <w:proofErr w:type="spellEnd"/>
      <w:r w:rsidRPr="007361CF">
        <w:rPr>
          <w:bCs/>
          <w:lang w:val="ru-RU"/>
        </w:rPr>
        <w:t xml:space="preserve"> </w:t>
      </w:r>
      <w:r w:rsidRPr="007361CF">
        <w:rPr>
          <w:b/>
          <w:bCs/>
          <w:lang w:val="ru-RU"/>
        </w:rPr>
        <w:t>(«НОВЫЕ ЛЮДИ»)</w:t>
      </w:r>
      <w:r w:rsidRPr="007361CF">
        <w:rPr>
          <w:bCs/>
          <w:lang w:val="ru-RU"/>
        </w:rPr>
        <w:t xml:space="preserve"> критически отнёсся к перекосу приоритетов (цирк +32%, медицина –30%), отметив, что ИИ важен, но нужно сокращать неэффективные расходы.</w:t>
      </w:r>
    </w:p>
    <w:p w14:paraId="353A7A41" w14:textId="06A01A64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Александр </w:t>
      </w:r>
      <w:proofErr w:type="spellStart"/>
      <w:r w:rsidRPr="007361CF">
        <w:rPr>
          <w:b/>
          <w:bCs/>
          <w:lang w:val="ru-RU"/>
        </w:rPr>
        <w:t>Бабаков</w:t>
      </w:r>
      <w:proofErr w:type="spellEnd"/>
      <w:r w:rsidRPr="007361CF">
        <w:rPr>
          <w:bCs/>
          <w:lang w:val="ru-RU"/>
        </w:rPr>
        <w:t xml:space="preserve"> </w:t>
      </w:r>
      <w:r w:rsidRPr="007361CF">
        <w:rPr>
          <w:b/>
          <w:bCs/>
          <w:lang w:val="ru-RU"/>
        </w:rPr>
        <w:t>(«СПРАВЕДЛИВАЯ РОССИЯ»)</w:t>
      </w:r>
      <w:r w:rsidR="00D91D28">
        <w:rPr>
          <w:b/>
          <w:bCs/>
          <w:lang w:val="ru-RU"/>
        </w:rPr>
        <w:t xml:space="preserve"> </w:t>
      </w:r>
      <w:r w:rsidRPr="007361CF">
        <w:rPr>
          <w:bCs/>
          <w:lang w:val="ru-RU"/>
        </w:rPr>
        <w:t xml:space="preserve">косвенно поддержал идею инвестиций в энергетику, заявив: </w:t>
      </w:r>
      <w:r w:rsidRPr="007361CF">
        <w:rPr>
          <w:b/>
          <w:bCs/>
          <w:lang w:val="ru-RU"/>
        </w:rPr>
        <w:t>«Китай за один год построил 530 гигаватт»</w:t>
      </w:r>
      <w:r w:rsidRPr="007361CF">
        <w:rPr>
          <w:bCs/>
          <w:lang w:val="ru-RU"/>
        </w:rPr>
        <w:t>, а у нас планируют по одному-двум.</w:t>
      </w:r>
    </w:p>
    <w:p w14:paraId="1F70EF26" w14:textId="77777777" w:rsidR="007361CF" w:rsidRPr="00D91D28" w:rsidRDefault="007361CF" w:rsidP="007361CF">
      <w:pPr>
        <w:spacing w:after="0" w:line="240" w:lineRule="auto"/>
        <w:ind w:firstLine="720"/>
        <w:jc w:val="both"/>
        <w:rPr>
          <w:bCs/>
          <w:i/>
          <w:iCs/>
          <w:lang w:val="ru-RU"/>
        </w:rPr>
      </w:pPr>
      <w:r w:rsidRPr="00D91D28">
        <w:rPr>
          <w:bCs/>
          <w:i/>
          <w:iCs/>
          <w:lang w:val="ru-RU"/>
        </w:rPr>
        <w:t>Другие фракции эту тему не затронули.</w:t>
      </w:r>
    </w:p>
    <w:p w14:paraId="6F23421A" w14:textId="77777777" w:rsidR="00785F6D" w:rsidRPr="007361CF" w:rsidRDefault="00785F6D" w:rsidP="007361CF">
      <w:pPr>
        <w:spacing w:after="0" w:line="240" w:lineRule="auto"/>
        <w:ind w:firstLine="720"/>
        <w:jc w:val="both"/>
        <w:rPr>
          <w:bCs/>
          <w:lang w:val="ru-RU"/>
        </w:rPr>
      </w:pPr>
    </w:p>
    <w:p w14:paraId="4A934EFC" w14:textId="7B69C55E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lastRenderedPageBreak/>
        <w:t xml:space="preserve">8. Долги растут: плюс 26% за три года </w:t>
      </w:r>
      <w:r w:rsidR="00785F6D">
        <w:rPr>
          <w:b/>
          <w:bCs/>
          <w:lang w:val="ru-RU"/>
        </w:rPr>
        <w:t>–</w:t>
      </w:r>
      <w:r w:rsidRPr="007361CF">
        <w:rPr>
          <w:b/>
          <w:bCs/>
          <w:lang w:val="ru-RU"/>
        </w:rPr>
        <w:t xml:space="preserve"> каждый десятый рубль на проценты</w:t>
      </w:r>
    </w:p>
    <w:p w14:paraId="1049ECA5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Cs/>
          <w:lang w:val="ru-RU"/>
        </w:rPr>
        <w:t xml:space="preserve">Зюганов обратил внимание на рост госдолга: </w:t>
      </w:r>
      <w:r w:rsidRPr="007361CF">
        <w:rPr>
          <w:b/>
          <w:bCs/>
          <w:lang w:val="ru-RU"/>
        </w:rPr>
        <w:t>«Плюс 26 процентов за три года. Через три года будете платить проценты по долгам каждый десятый рубль. Ну и что, разориться решили?»</w:t>
      </w:r>
      <w:r w:rsidRPr="007361CF">
        <w:rPr>
          <w:bCs/>
          <w:lang w:val="ru-RU"/>
        </w:rPr>
        <w:t xml:space="preserve"> Он подчеркнул, что обслуживание долга съедает колоссальные ресурсы, которые можно было бы направить на развитие.</w:t>
      </w:r>
    </w:p>
    <w:p w14:paraId="7F083A46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Комментарии других фракций:</w:t>
      </w:r>
    </w:p>
    <w:p w14:paraId="79B08271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Владислав </w:t>
      </w:r>
      <w:proofErr w:type="spellStart"/>
      <w:r w:rsidRPr="007361CF">
        <w:rPr>
          <w:b/>
          <w:bCs/>
          <w:lang w:val="ru-RU"/>
        </w:rPr>
        <w:t>Даванков</w:t>
      </w:r>
      <w:proofErr w:type="spellEnd"/>
      <w:r w:rsidRPr="007361CF">
        <w:rPr>
          <w:b/>
          <w:bCs/>
          <w:lang w:val="ru-RU"/>
        </w:rPr>
        <w:t xml:space="preserve"> («НОВЫЕ ЛЮДИ»)</w:t>
      </w:r>
      <w:r w:rsidRPr="007361CF">
        <w:rPr>
          <w:bCs/>
          <w:lang w:val="ru-RU"/>
        </w:rPr>
        <w:t xml:space="preserve"> согласился с диагнозом: </w:t>
      </w:r>
      <w:r w:rsidRPr="007361CF">
        <w:rPr>
          <w:b/>
          <w:bCs/>
          <w:lang w:val="ru-RU"/>
        </w:rPr>
        <w:t>«Шестой год подряд бюджет дефицитный», «тратим больше, чем зарабатываем»</w:t>
      </w:r>
      <w:r w:rsidRPr="007361CF">
        <w:rPr>
          <w:bCs/>
          <w:lang w:val="ru-RU"/>
        </w:rPr>
        <w:t>. Однако его вывод был другим: начинать нужно с сокращения расходов.</w:t>
      </w:r>
    </w:p>
    <w:p w14:paraId="0389225D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 xml:space="preserve">Александр </w:t>
      </w:r>
      <w:proofErr w:type="spellStart"/>
      <w:r w:rsidRPr="007361CF">
        <w:rPr>
          <w:b/>
          <w:bCs/>
          <w:lang w:val="ru-RU"/>
        </w:rPr>
        <w:t>Бабаков</w:t>
      </w:r>
      <w:proofErr w:type="spellEnd"/>
      <w:r w:rsidRPr="007361CF">
        <w:rPr>
          <w:bCs/>
          <w:lang w:val="ru-RU"/>
        </w:rPr>
        <w:t xml:space="preserve"> </w:t>
      </w:r>
      <w:r w:rsidRPr="007361CF">
        <w:rPr>
          <w:b/>
          <w:bCs/>
          <w:lang w:val="ru-RU"/>
        </w:rPr>
        <w:t>(«СПРАВЕДЛИВАЯ РОССИЯ»)</w:t>
      </w:r>
      <w:r w:rsidRPr="007361CF">
        <w:rPr>
          <w:bCs/>
          <w:lang w:val="ru-RU"/>
        </w:rPr>
        <w:t xml:space="preserve"> обратил внимание на обслуживание долга (около 4,7 трлн), предложив, чтобы ОФЗ выкупал ЦБ. Он заявил: </w:t>
      </w:r>
      <w:r w:rsidRPr="007361CF">
        <w:rPr>
          <w:b/>
          <w:bCs/>
          <w:lang w:val="ru-RU"/>
        </w:rPr>
        <w:t>«Дефицит бюджета – это не дыра»</w:t>
      </w:r>
      <w:r w:rsidRPr="007361CF">
        <w:rPr>
          <w:bCs/>
          <w:lang w:val="ru-RU"/>
        </w:rPr>
        <w:t>, лучше назвать это «бюджетным авансом».</w:t>
      </w:r>
    </w:p>
    <w:p w14:paraId="3EF80042" w14:textId="77777777" w:rsidR="007361CF" w:rsidRPr="00D91D28" w:rsidRDefault="007361CF" w:rsidP="007361CF">
      <w:pPr>
        <w:spacing w:after="0" w:line="240" w:lineRule="auto"/>
        <w:ind w:firstLine="720"/>
        <w:jc w:val="both"/>
        <w:rPr>
          <w:bCs/>
          <w:i/>
          <w:iCs/>
          <w:lang w:val="ru-RU"/>
        </w:rPr>
      </w:pPr>
      <w:r w:rsidRPr="00D91D28">
        <w:rPr>
          <w:bCs/>
          <w:i/>
          <w:iCs/>
          <w:lang w:val="ru-RU"/>
        </w:rPr>
        <w:t>Другие фракции эту тему напрямую не затронули.</w:t>
      </w:r>
    </w:p>
    <w:p w14:paraId="7911C7AC" w14:textId="77777777" w:rsidR="00785F6D" w:rsidRPr="007361CF" w:rsidRDefault="00785F6D" w:rsidP="007361CF">
      <w:pPr>
        <w:spacing w:after="0" w:line="240" w:lineRule="auto"/>
        <w:ind w:firstLine="720"/>
        <w:jc w:val="both"/>
        <w:rPr>
          <w:bCs/>
          <w:lang w:val="ru-RU"/>
        </w:rPr>
      </w:pPr>
    </w:p>
    <w:p w14:paraId="4B2EBFD7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9. Местное самоуправление: урезали финансирование, ликвидируют тысячелетнюю систему управления</w:t>
      </w:r>
    </w:p>
    <w:p w14:paraId="5B82691B" w14:textId="19844725" w:rsidR="007361CF" w:rsidRPr="007361CF" w:rsidRDefault="00D91D28" w:rsidP="007361CF">
      <w:pPr>
        <w:spacing w:after="0" w:line="240" w:lineRule="auto"/>
        <w:ind w:firstLine="720"/>
        <w:jc w:val="both"/>
        <w:rPr>
          <w:bCs/>
          <w:lang w:val="ru-RU"/>
        </w:rPr>
      </w:pPr>
      <w:r>
        <w:rPr>
          <w:bCs/>
          <w:lang w:val="ru-RU"/>
        </w:rPr>
        <w:t>Лидер КПРФ</w:t>
      </w:r>
      <w:r w:rsidR="007361CF" w:rsidRPr="007361CF">
        <w:rPr>
          <w:bCs/>
          <w:lang w:val="ru-RU"/>
        </w:rPr>
        <w:t xml:space="preserve"> жёстко раскритиковал сокращение доли НДФЛ, направляемой в местные бюджеты: </w:t>
      </w:r>
      <w:r w:rsidR="007361CF" w:rsidRPr="007361CF">
        <w:rPr>
          <w:b/>
          <w:bCs/>
          <w:lang w:val="ru-RU"/>
        </w:rPr>
        <w:t>«</w:t>
      </w:r>
      <w:r w:rsidR="007361CF" w:rsidRPr="00D91D28">
        <w:rPr>
          <w:b/>
          <w:bCs/>
          <w:i/>
          <w:iCs/>
          <w:lang w:val="ru-RU"/>
        </w:rPr>
        <w:t>В прошлый раз втащили закон об уничтожении местного самоуправления. Сначала советы ликвидировать, бились, бились, многие не согласились, Татарстан наш, Хакасия… и так далее, так теперь вот втащили урезать их финансово. То они НДФЛ 30, 15 процентов, сейчас 7 с половиной. У него хватит на метлу и две лопаты. Вы ликвидируете финансово систему тысячелетнего управления русским государством и нашими народными предприятиями</w:t>
      </w:r>
      <w:r w:rsidR="007361CF" w:rsidRPr="007361CF">
        <w:rPr>
          <w:b/>
          <w:bCs/>
          <w:lang w:val="ru-RU"/>
        </w:rPr>
        <w:t>»</w:t>
      </w:r>
      <w:r w:rsidR="007361CF" w:rsidRPr="007361CF">
        <w:rPr>
          <w:bCs/>
          <w:lang w:val="ru-RU"/>
        </w:rPr>
        <w:t>.</w:t>
      </w:r>
    </w:p>
    <w:p w14:paraId="35070E05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Cs/>
          <w:lang w:val="ru-RU"/>
        </w:rPr>
        <w:t>Лидер КПРФ предупредил, что без финансирования местное самоуправление превратится в декорацию, а муниципалитеты не смогут решать элементарные задачи по благоустройству и содержанию территорий.</w:t>
      </w:r>
    </w:p>
    <w:p w14:paraId="6AB1AE28" w14:textId="77777777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/>
          <w:bCs/>
          <w:lang w:val="ru-RU"/>
        </w:rPr>
        <w:t>Позиция других фракций:</w:t>
      </w:r>
    </w:p>
    <w:p w14:paraId="3D73144A" w14:textId="77777777" w:rsidR="007361CF" w:rsidRPr="00D91D28" w:rsidRDefault="007361CF" w:rsidP="007361CF">
      <w:pPr>
        <w:spacing w:after="0" w:line="240" w:lineRule="auto"/>
        <w:ind w:firstLine="720"/>
        <w:jc w:val="both"/>
        <w:rPr>
          <w:bCs/>
          <w:i/>
          <w:iCs/>
          <w:lang w:val="ru-RU"/>
        </w:rPr>
      </w:pPr>
      <w:r w:rsidRPr="00D91D28">
        <w:rPr>
          <w:bCs/>
          <w:i/>
          <w:iCs/>
          <w:lang w:val="ru-RU"/>
        </w:rPr>
        <w:t>Ни одна из фракций не затронула эту тему в своих выступлениях.</w:t>
      </w:r>
    </w:p>
    <w:p w14:paraId="4C878237" w14:textId="77777777" w:rsidR="007361CF" w:rsidRDefault="007361CF" w:rsidP="007361CF">
      <w:pPr>
        <w:spacing w:after="0" w:line="240" w:lineRule="auto"/>
        <w:ind w:firstLine="720"/>
        <w:jc w:val="both"/>
        <w:rPr>
          <w:b/>
          <w:bCs/>
          <w:lang w:val="ru-RU"/>
        </w:rPr>
      </w:pPr>
    </w:p>
    <w:p w14:paraId="5F6D96AF" w14:textId="77777777" w:rsidR="00785F6D" w:rsidRPr="00785F6D" w:rsidRDefault="007361CF" w:rsidP="007361CF">
      <w:pPr>
        <w:spacing w:after="0" w:line="240" w:lineRule="auto"/>
        <w:ind w:firstLine="720"/>
        <w:jc w:val="both"/>
        <w:rPr>
          <w:b/>
          <w:bCs/>
          <w:u w:val="single"/>
          <w:lang w:val="ru-RU"/>
        </w:rPr>
      </w:pPr>
      <w:r w:rsidRPr="00785F6D">
        <w:rPr>
          <w:b/>
          <w:bCs/>
          <w:u w:val="single"/>
          <w:lang w:val="ru-RU"/>
        </w:rPr>
        <w:t xml:space="preserve">Глубокие разногласия фракций по экономической стратегии: </w:t>
      </w:r>
    </w:p>
    <w:p w14:paraId="02DE39F9" w14:textId="7EC3542C" w:rsidR="007361CF" w:rsidRPr="007361CF" w:rsidRDefault="00785F6D" w:rsidP="007361CF">
      <w:pPr>
        <w:spacing w:after="0" w:line="240" w:lineRule="auto"/>
        <w:ind w:firstLine="720"/>
        <w:jc w:val="both"/>
        <w:rPr>
          <w:bCs/>
          <w:lang w:val="ru-RU"/>
        </w:rPr>
      </w:pPr>
      <w:r>
        <w:rPr>
          <w:b/>
          <w:bCs/>
          <w:lang w:val="ru-RU"/>
        </w:rPr>
        <w:t>Б</w:t>
      </w:r>
      <w:r w:rsidR="007361CF" w:rsidRPr="007361CF">
        <w:rPr>
          <w:b/>
          <w:bCs/>
          <w:lang w:val="ru-RU"/>
        </w:rPr>
        <w:t xml:space="preserve">юджетную альтернативу КПРФ поддержала частично СР, отдельные идеи ЛДПР и НЛ, ЕР </w:t>
      </w:r>
      <w:r w:rsidR="00D91D28" w:rsidRPr="007361CF">
        <w:rPr>
          <w:b/>
          <w:bCs/>
          <w:lang w:val="ru-RU"/>
        </w:rPr>
        <w:t>–</w:t>
      </w:r>
      <w:r w:rsidR="007361CF" w:rsidRPr="007361CF">
        <w:rPr>
          <w:b/>
          <w:bCs/>
          <w:lang w:val="ru-RU"/>
        </w:rPr>
        <w:t xml:space="preserve"> категорически против</w:t>
      </w:r>
    </w:p>
    <w:p w14:paraId="2262A5D4" w14:textId="41097BDC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D91D28">
        <w:rPr>
          <w:bCs/>
          <w:i/>
          <w:iCs/>
          <w:lang w:val="ru-RU"/>
        </w:rPr>
        <w:t>Обсуждение бюджета-2027 в Государственной Думе показало глубокие разногласия между фракциями по вопросам экономической стратегии</w:t>
      </w:r>
      <w:r w:rsidRPr="007361CF">
        <w:rPr>
          <w:bCs/>
          <w:lang w:val="ru-RU"/>
        </w:rPr>
        <w:t xml:space="preserve">. Геннадий Зюганов предложил альтернативную концепцию </w:t>
      </w:r>
      <w:r w:rsidR="00785F6D">
        <w:rPr>
          <w:bCs/>
          <w:lang w:val="ru-RU"/>
        </w:rPr>
        <w:t>–</w:t>
      </w:r>
      <w:r w:rsidRPr="007361CF">
        <w:rPr>
          <w:bCs/>
          <w:lang w:val="ru-RU"/>
        </w:rPr>
        <w:t xml:space="preserve"> «бюджет </w:t>
      </w:r>
      <w:r w:rsidR="00D91D28">
        <w:rPr>
          <w:bCs/>
          <w:lang w:val="ru-RU"/>
        </w:rPr>
        <w:t>П</w:t>
      </w:r>
      <w:r w:rsidRPr="007361CF">
        <w:rPr>
          <w:bCs/>
          <w:lang w:val="ru-RU"/>
        </w:rPr>
        <w:t>обеды», основанную на мобилизации внутренних ресурсов, прогрессивном налогообложении крупного капитала и инвестициях в производство, науку и социальную сферу. Однако ни одна из парламентских фракций не поддержала эту концепцию целиком.</w:t>
      </w:r>
    </w:p>
    <w:p w14:paraId="3D807B7A" w14:textId="1B57FE8F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Cs/>
          <w:lang w:val="ru-RU"/>
        </w:rPr>
        <w:t xml:space="preserve">Ближе всех к позиции КПРФ оказалась «СПРАВЕДЛИВАЯ РОССИЯ», которая поддержала идею инвестиций в реальный сектор, но предложила иной рецепт </w:t>
      </w:r>
      <w:r w:rsidR="00785F6D">
        <w:rPr>
          <w:bCs/>
          <w:lang w:val="ru-RU"/>
        </w:rPr>
        <w:t>–</w:t>
      </w:r>
      <w:r w:rsidRPr="007361CF">
        <w:rPr>
          <w:bCs/>
          <w:lang w:val="ru-RU"/>
        </w:rPr>
        <w:t xml:space="preserve"> эмиссионное финансирование вместо изъятия средств у олигархов. ЛДПР частично </w:t>
      </w:r>
      <w:r w:rsidRPr="007361CF">
        <w:rPr>
          <w:bCs/>
          <w:lang w:val="ru-RU"/>
        </w:rPr>
        <w:lastRenderedPageBreak/>
        <w:t>согласилась с критикой высокой ставки и проблем ЖКХ. «НОВЫЕ ЛЮДИ» сосредоточились на сокращении неэффективных расходов, а «ЕДИНАЯ РОССИЯ» назвала бюджет реалистичным и сбалансированным, отвергнув критику как популизм.</w:t>
      </w:r>
    </w:p>
    <w:p w14:paraId="050DD06A" w14:textId="640D2465" w:rsidR="007361CF" w:rsidRPr="007361CF" w:rsidRDefault="007361CF" w:rsidP="007361CF">
      <w:pPr>
        <w:spacing w:after="0" w:line="240" w:lineRule="auto"/>
        <w:ind w:firstLine="720"/>
        <w:jc w:val="both"/>
        <w:rPr>
          <w:bCs/>
          <w:lang w:val="ru-RU"/>
        </w:rPr>
      </w:pPr>
      <w:r w:rsidRPr="007361CF">
        <w:rPr>
          <w:bCs/>
          <w:lang w:val="ru-RU"/>
        </w:rPr>
        <w:t xml:space="preserve">В итоге бюджет был принят в первом чтении 372 голосами «за», 0 «против» и 51 воздержавшимся. КПРФ и «СПРАВЕДЛИВАЯ РОССИЯ» воздержались, заявив, что будут бороться за свои поправки ко второму чтению. Однако ключевая идея </w:t>
      </w:r>
      <w:r w:rsidR="00D91D28">
        <w:rPr>
          <w:bCs/>
          <w:lang w:val="ru-RU"/>
        </w:rPr>
        <w:t xml:space="preserve">Г.А. </w:t>
      </w:r>
      <w:r w:rsidRPr="007361CF">
        <w:rPr>
          <w:bCs/>
          <w:lang w:val="ru-RU"/>
        </w:rPr>
        <w:t xml:space="preserve">Зюганова </w:t>
      </w:r>
      <w:r w:rsidR="00785F6D">
        <w:rPr>
          <w:bCs/>
          <w:lang w:val="ru-RU"/>
        </w:rPr>
        <w:t>–</w:t>
      </w:r>
      <w:r w:rsidRPr="007361CF">
        <w:rPr>
          <w:bCs/>
          <w:lang w:val="ru-RU"/>
        </w:rPr>
        <w:t xml:space="preserve"> мобилизация ресурсов у олигархии и национализация </w:t>
      </w:r>
      <w:r w:rsidR="00785F6D">
        <w:rPr>
          <w:bCs/>
          <w:lang w:val="ru-RU"/>
        </w:rPr>
        <w:t>–</w:t>
      </w:r>
      <w:r w:rsidRPr="007361CF">
        <w:rPr>
          <w:bCs/>
          <w:lang w:val="ru-RU"/>
        </w:rPr>
        <w:t xml:space="preserve"> осталась без поддержки и даже без предметного обсуждения со стороны других фракци</w:t>
      </w:r>
      <w:r w:rsidR="00D91D28">
        <w:rPr>
          <w:bCs/>
          <w:lang w:val="ru-RU"/>
        </w:rPr>
        <w:t>й.</w:t>
      </w:r>
    </w:p>
    <w:p w14:paraId="18727D78" w14:textId="77777777" w:rsidR="007361CF" w:rsidRDefault="007361CF" w:rsidP="007361CF">
      <w:pPr>
        <w:spacing w:after="0" w:line="240" w:lineRule="auto"/>
        <w:rPr>
          <w:b/>
          <w:lang w:val="ru-RU"/>
        </w:rPr>
      </w:pPr>
    </w:p>
    <w:p w14:paraId="11D37DC9" w14:textId="18A54C72" w:rsidR="00096EA6" w:rsidRPr="00D91D28" w:rsidRDefault="000216D9" w:rsidP="007361CF">
      <w:pPr>
        <w:spacing w:after="0" w:line="240" w:lineRule="auto"/>
        <w:ind w:firstLine="720"/>
        <w:rPr>
          <w:u w:val="single"/>
          <w:lang w:val="ru-RU"/>
        </w:rPr>
      </w:pPr>
      <w:r w:rsidRPr="00D91D28">
        <w:rPr>
          <w:b/>
          <w:u w:val="single"/>
          <w:lang w:val="ru-RU"/>
        </w:rPr>
        <w:t>Итог в трёх строках</w:t>
      </w:r>
    </w:p>
    <w:p w14:paraId="798D4CA7" w14:textId="00EDB121" w:rsidR="00096EA6" w:rsidRPr="007361CF" w:rsidRDefault="00D91D28" w:rsidP="007361CF">
      <w:pPr>
        <w:spacing w:after="0" w:line="240" w:lineRule="auto"/>
        <w:ind w:firstLine="720"/>
        <w:jc w:val="both"/>
        <w:rPr>
          <w:lang w:val="ru-RU"/>
        </w:rPr>
      </w:pPr>
      <w:r>
        <w:rPr>
          <w:rFonts w:cs="Times New Roman"/>
          <w:lang w:val="ru-RU"/>
        </w:rPr>
        <w:t>■</w:t>
      </w:r>
      <w:r w:rsidR="000216D9">
        <w:t> </w:t>
      </w:r>
      <w:r>
        <w:rPr>
          <w:lang w:val="ru-RU"/>
        </w:rPr>
        <w:t>«</w:t>
      </w:r>
      <w:r w:rsidR="000216D9" w:rsidRPr="007361CF">
        <w:rPr>
          <w:b/>
          <w:lang w:val="ru-RU"/>
        </w:rPr>
        <w:t>Диагноз Зюганова</w:t>
      </w:r>
      <w:r>
        <w:rPr>
          <w:b/>
          <w:lang w:val="ru-RU"/>
        </w:rPr>
        <w:t>»</w:t>
      </w:r>
      <w:r w:rsidR="000216D9" w:rsidRPr="007361CF">
        <w:rPr>
          <w:b/>
          <w:lang w:val="ru-RU"/>
        </w:rPr>
        <w:t xml:space="preserve"> разделили частично:</w:t>
      </w:r>
      <w:r w:rsidR="000216D9" w:rsidRPr="007361CF">
        <w:rPr>
          <w:lang w:val="ru-RU"/>
        </w:rPr>
        <w:t xml:space="preserve"> проблемы ЖКХ, семьи, села, долга и налоговой нагрузки подняли ЛДПР, «Новые люди» и «Справедливая Россия», но каждая – со своими словами и без ссылки на КПРФ.</w:t>
      </w:r>
    </w:p>
    <w:p w14:paraId="3CC28B32" w14:textId="239DC7C9" w:rsidR="00096EA6" w:rsidRPr="007361CF" w:rsidRDefault="00D91D28" w:rsidP="007361CF">
      <w:pPr>
        <w:spacing w:after="0" w:line="240" w:lineRule="auto"/>
        <w:ind w:firstLine="720"/>
        <w:jc w:val="both"/>
        <w:rPr>
          <w:lang w:val="ru-RU"/>
        </w:rPr>
      </w:pPr>
      <w:r>
        <w:rPr>
          <w:rFonts w:cs="Times New Roman"/>
          <w:lang w:val="ru-RU"/>
        </w:rPr>
        <w:t>■</w:t>
      </w:r>
      <w:r w:rsidR="000216D9">
        <w:t> </w:t>
      </w:r>
      <w:r>
        <w:rPr>
          <w:lang w:val="ru-RU"/>
        </w:rPr>
        <w:t>«</w:t>
      </w:r>
      <w:r w:rsidR="000216D9" w:rsidRPr="007361CF">
        <w:rPr>
          <w:b/>
          <w:lang w:val="ru-RU"/>
        </w:rPr>
        <w:t>Рецепт Зюганова</w:t>
      </w:r>
      <w:r>
        <w:rPr>
          <w:b/>
          <w:lang w:val="ru-RU"/>
        </w:rPr>
        <w:t>»</w:t>
      </w:r>
      <w:r w:rsidR="000216D9" w:rsidRPr="007361CF">
        <w:rPr>
          <w:b/>
          <w:lang w:val="ru-RU"/>
        </w:rPr>
        <w:t xml:space="preserve"> не поддержал ни</w:t>
      </w:r>
      <w:r w:rsidR="000216D9" w:rsidRPr="007361CF">
        <w:rPr>
          <w:b/>
          <w:lang w:val="ru-RU"/>
        </w:rPr>
        <w:t>кто:</w:t>
      </w:r>
      <w:r w:rsidR="000216D9" w:rsidRPr="007361CF">
        <w:rPr>
          <w:lang w:val="ru-RU"/>
        </w:rPr>
        <w:t xml:space="preserve"> ни налоги с олигархов, ни национализацию, ни «бюджет развития» как пакет. Ближе всех «Справедливая Россия» (инвестиции в реальный сектор, «бюджетный аванс»), но её рецепт – эмиссия, которую Зюганов не предлагал.</w:t>
      </w:r>
    </w:p>
    <w:p w14:paraId="0E62BFA1" w14:textId="650CFE1C" w:rsidR="00096EA6" w:rsidRDefault="00D91D28" w:rsidP="007361CF">
      <w:pPr>
        <w:spacing w:after="0" w:line="240" w:lineRule="auto"/>
        <w:ind w:firstLine="720"/>
        <w:jc w:val="both"/>
        <w:rPr>
          <w:lang w:val="ru-RU"/>
        </w:rPr>
      </w:pPr>
      <w:r>
        <w:rPr>
          <w:rFonts w:cs="Times New Roman"/>
          <w:lang w:val="ru-RU"/>
        </w:rPr>
        <w:t>■</w:t>
      </w:r>
      <w:r w:rsidR="000216D9">
        <w:t> </w:t>
      </w:r>
      <w:r w:rsidR="000216D9" w:rsidRPr="007361CF">
        <w:rPr>
          <w:b/>
          <w:lang w:val="ru-RU"/>
        </w:rPr>
        <w:t>Прямо отвергли «Единая Россия» и ЛДПР</w:t>
      </w:r>
      <w:r w:rsidR="000216D9" w:rsidRPr="007361CF">
        <w:rPr>
          <w:b/>
          <w:lang w:val="ru-RU"/>
        </w:rPr>
        <w:t>:</w:t>
      </w:r>
      <w:r w:rsidR="000216D9" w:rsidRPr="007361CF">
        <w:rPr>
          <w:lang w:val="ru-RU"/>
        </w:rPr>
        <w:t xml:space="preserve"> ЕР – через «ответственность» и 1992 год, ЛДПР – через «популизм» и «позитивное». Бюджет в первом чтении принят: 372 за, 0 против, 51 воздержался.</w:t>
      </w:r>
    </w:p>
    <w:p w14:paraId="1892E9FE" w14:textId="77777777" w:rsidR="00785F6D" w:rsidRPr="007361CF" w:rsidRDefault="00785F6D" w:rsidP="007361CF">
      <w:pPr>
        <w:spacing w:after="0" w:line="240" w:lineRule="auto"/>
        <w:ind w:firstLine="720"/>
        <w:jc w:val="both"/>
        <w:rPr>
          <w:lang w:val="ru-RU"/>
        </w:rPr>
      </w:pPr>
    </w:p>
    <w:p w14:paraId="7D5E3B62" w14:textId="40EE16A3" w:rsidR="00096EA6" w:rsidRPr="007361CF" w:rsidRDefault="000216D9" w:rsidP="007361CF">
      <w:pPr>
        <w:spacing w:after="0" w:line="240" w:lineRule="auto"/>
        <w:ind w:firstLine="720"/>
        <w:rPr>
          <w:lang w:val="ru-RU"/>
        </w:rPr>
      </w:pPr>
      <w:r w:rsidRPr="007361CF">
        <w:rPr>
          <w:b/>
          <w:lang w:val="ru-RU"/>
        </w:rPr>
        <w:t>Матрица: идеи Зюганова и позиции фракций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438"/>
        <w:gridCol w:w="3118"/>
        <w:gridCol w:w="3118"/>
        <w:gridCol w:w="3118"/>
        <w:gridCol w:w="3118"/>
      </w:tblGrid>
      <w:tr w:rsidR="00096EA6" w14:paraId="3D6B36D9" w14:textId="77777777">
        <w:trPr>
          <w:tblHeader/>
          <w:jc w:val="center"/>
        </w:trPr>
        <w:tc>
          <w:tcPr>
            <w:tcW w:w="2438" w:type="dxa"/>
            <w:shd w:val="clear" w:color="auto" w:fill="D9D9D9"/>
          </w:tcPr>
          <w:p w14:paraId="23190BC6" w14:textId="77777777" w:rsidR="00096EA6" w:rsidRDefault="000216D9" w:rsidP="007361CF">
            <w:pPr>
              <w:spacing w:after="0"/>
            </w:pPr>
            <w:proofErr w:type="spellStart"/>
            <w:r>
              <w:rPr>
                <w:b/>
                <w:sz w:val="24"/>
              </w:rPr>
              <w:t>Идея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Зюганова</w:t>
            </w:r>
            <w:proofErr w:type="spellEnd"/>
          </w:p>
        </w:tc>
        <w:tc>
          <w:tcPr>
            <w:tcW w:w="3118" w:type="dxa"/>
            <w:shd w:val="clear" w:color="auto" w:fill="D9D9D9"/>
          </w:tcPr>
          <w:p w14:paraId="12E5776F" w14:textId="77777777" w:rsidR="00096EA6" w:rsidRDefault="000216D9" w:rsidP="007361CF">
            <w:pPr>
              <w:spacing w:after="0"/>
            </w:pPr>
            <w:r>
              <w:rPr>
                <w:b/>
                <w:sz w:val="24"/>
              </w:rPr>
              <w:t>ЛДПР (</w:t>
            </w:r>
            <w:proofErr w:type="spellStart"/>
            <w:r>
              <w:rPr>
                <w:b/>
                <w:sz w:val="24"/>
              </w:rPr>
              <w:t>Слуцкий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3118" w:type="dxa"/>
            <w:shd w:val="clear" w:color="auto" w:fill="D9D9D9"/>
          </w:tcPr>
          <w:p w14:paraId="0823A243" w14:textId="77777777" w:rsidR="00096EA6" w:rsidRDefault="000216D9" w:rsidP="007361CF">
            <w:pPr>
              <w:spacing w:after="0"/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Новые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люди</w:t>
            </w:r>
            <w:proofErr w:type="spellEnd"/>
            <w:r>
              <w:rPr>
                <w:b/>
                <w:sz w:val="24"/>
              </w:rPr>
              <w:t>» (</w:t>
            </w:r>
            <w:proofErr w:type="spellStart"/>
            <w:r>
              <w:rPr>
                <w:b/>
                <w:sz w:val="24"/>
              </w:rPr>
              <w:t>Даванков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3118" w:type="dxa"/>
            <w:shd w:val="clear" w:color="auto" w:fill="D9D9D9"/>
          </w:tcPr>
          <w:p w14:paraId="5A149C03" w14:textId="77777777" w:rsidR="00096EA6" w:rsidRDefault="000216D9" w:rsidP="007361CF">
            <w:pPr>
              <w:spacing w:after="0"/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Справедливая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Россия</w:t>
            </w:r>
            <w:proofErr w:type="spellEnd"/>
            <w:r>
              <w:rPr>
                <w:b/>
                <w:sz w:val="24"/>
              </w:rPr>
              <w:t>» (</w:t>
            </w:r>
            <w:proofErr w:type="spellStart"/>
            <w:r>
              <w:rPr>
                <w:b/>
                <w:sz w:val="24"/>
              </w:rPr>
              <w:t>Бабаков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3118" w:type="dxa"/>
            <w:shd w:val="clear" w:color="auto" w:fill="D9D9D9"/>
          </w:tcPr>
          <w:p w14:paraId="63B1F75B" w14:textId="77777777" w:rsidR="00096EA6" w:rsidRDefault="000216D9" w:rsidP="007361CF">
            <w:pPr>
              <w:spacing w:after="0"/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Единая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Россия</w:t>
            </w:r>
            <w:proofErr w:type="spellEnd"/>
            <w:r>
              <w:rPr>
                <w:b/>
                <w:sz w:val="24"/>
              </w:rPr>
              <w:t>» (</w:t>
            </w:r>
            <w:proofErr w:type="spellStart"/>
            <w:r>
              <w:rPr>
                <w:b/>
                <w:sz w:val="24"/>
              </w:rPr>
              <w:t>Макаров</w:t>
            </w:r>
            <w:proofErr w:type="spellEnd"/>
            <w:r>
              <w:rPr>
                <w:b/>
                <w:sz w:val="24"/>
              </w:rPr>
              <w:t>)</w:t>
            </w:r>
          </w:p>
        </w:tc>
      </w:tr>
      <w:tr w:rsidR="00096EA6" w:rsidRPr="00A66424" w14:paraId="6014BB6A" w14:textId="77777777">
        <w:trPr>
          <w:jc w:val="center"/>
        </w:trPr>
        <w:tc>
          <w:tcPr>
            <w:tcW w:w="2438" w:type="dxa"/>
          </w:tcPr>
          <w:p w14:paraId="55240609" w14:textId="77777777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1. Бюджет не отвечает установкам президента: рост ниже мирового, нет ресурсов на технологии, «бюджет стагнации»</w:t>
            </w:r>
          </w:p>
        </w:tc>
        <w:tc>
          <w:tcPr>
            <w:tcW w:w="3118" w:type="dxa"/>
            <w:shd w:val="clear" w:color="auto" w:fill="F4C2C2"/>
          </w:tcPr>
          <w:p w14:paraId="51DA2D5B" w14:textId="77777777" w:rsidR="00D91D28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ОТТОРЖЕНИЕ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620873FD" w14:textId="39B0E1FB" w:rsidR="00096EA6" w:rsidRPr="00D91D28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 xml:space="preserve">«В отличие от Геннадия Андреевича, наверное, сейчас надо сказать о позитивном». </w:t>
            </w:r>
            <w:r w:rsidRPr="00D91D28">
              <w:rPr>
                <w:sz w:val="24"/>
                <w:lang w:val="ru-RU"/>
              </w:rPr>
              <w:t>Приоритеты президента в бюджете соблюдены: «Да».</w:t>
            </w:r>
          </w:p>
        </w:tc>
        <w:tc>
          <w:tcPr>
            <w:tcW w:w="3118" w:type="dxa"/>
            <w:shd w:val="clear" w:color="auto" w:fill="FFF2B3"/>
          </w:tcPr>
          <w:p w14:paraId="4C46CF87" w14:textId="77777777" w:rsidR="00D91D28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ЧАСТИЧНО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7956A040" w14:textId="3A0AD2D4" w:rsidR="00096EA6" w:rsidRPr="00D91D28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 xml:space="preserve">Бюджет строится «на улучшении сборов налогов… вместо того, чтобы думать о росте экономики». </w:t>
            </w:r>
            <w:r w:rsidRPr="00D91D28">
              <w:rPr>
                <w:sz w:val="24"/>
                <w:lang w:val="ru-RU"/>
              </w:rPr>
              <w:t>Но фракция в целом подд</w:t>
            </w:r>
            <w:r w:rsidRPr="00D91D28">
              <w:rPr>
                <w:sz w:val="24"/>
                <w:lang w:val="ru-RU"/>
              </w:rPr>
              <w:t>ерживает закон.</w:t>
            </w:r>
          </w:p>
        </w:tc>
        <w:tc>
          <w:tcPr>
            <w:tcW w:w="3118" w:type="dxa"/>
            <w:shd w:val="clear" w:color="auto" w:fill="FFF2B3"/>
          </w:tcPr>
          <w:p w14:paraId="7CD840C7" w14:textId="77777777" w:rsidR="00D91D28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ЧАСТИЧНО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0B4EB44F" w14:textId="539456F1" w:rsidR="00096EA6" w:rsidRPr="00D91D28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 xml:space="preserve">Страна «заслуживает… гораздо больше, чем даже есть возможности нынешнего бюджета». </w:t>
            </w:r>
            <w:r w:rsidRPr="00D91D28">
              <w:rPr>
                <w:sz w:val="24"/>
                <w:lang w:val="ru-RU"/>
              </w:rPr>
              <w:t>Это «не главное», фракция воздержится.</w:t>
            </w:r>
          </w:p>
        </w:tc>
        <w:tc>
          <w:tcPr>
            <w:tcW w:w="3118" w:type="dxa"/>
            <w:shd w:val="clear" w:color="auto" w:fill="F4C2C2"/>
          </w:tcPr>
          <w:p w14:paraId="3E6C2BEC" w14:textId="77777777" w:rsidR="00D91D28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ОТТОРЖЕНИЕ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6567F451" w14:textId="0F39FB59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 xml:space="preserve">Бюджет – это выполнение Послания президента, «бюджет для людей». Сказать, что этого мало, могут </w:t>
            </w:r>
            <w:r w:rsidRPr="007361CF">
              <w:rPr>
                <w:sz w:val="24"/>
                <w:lang w:val="ru-RU"/>
              </w:rPr>
              <w:t>только «очень сытые и очень благополучные».</w:t>
            </w:r>
          </w:p>
        </w:tc>
      </w:tr>
      <w:tr w:rsidR="00096EA6" w:rsidRPr="00A66424" w14:paraId="02C5478F" w14:textId="77777777">
        <w:trPr>
          <w:jc w:val="center"/>
        </w:trPr>
        <w:tc>
          <w:tcPr>
            <w:tcW w:w="2438" w:type="dxa"/>
          </w:tcPr>
          <w:p w14:paraId="1666B23E" w14:textId="77777777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2. Дефицит и долги: «дыра», долг +26%, проценты – каждый десятый рубль</w:t>
            </w:r>
          </w:p>
        </w:tc>
        <w:tc>
          <w:tcPr>
            <w:tcW w:w="3118" w:type="dxa"/>
            <w:shd w:val="clear" w:color="auto" w:fill="E3E3E3"/>
          </w:tcPr>
          <w:p w14:paraId="7CD0BB1A" w14:textId="77777777" w:rsidR="00096EA6" w:rsidRDefault="000216D9" w:rsidP="007361CF">
            <w:pPr>
              <w:spacing w:after="0"/>
            </w:pPr>
            <w:r>
              <w:rPr>
                <w:b/>
                <w:sz w:val="24"/>
              </w:rPr>
              <w:t>НЕ ЗАТРОНУТО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118" w:type="dxa"/>
            <w:shd w:val="clear" w:color="auto" w:fill="C6E7C6"/>
          </w:tcPr>
          <w:p w14:paraId="6EA6D8B1" w14:textId="28419CBC" w:rsidR="00096EA6" w:rsidRPr="000216D9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ПОДДЕРЖКА диагноза</w:t>
            </w:r>
            <w:r w:rsidRPr="007361CF">
              <w:rPr>
                <w:sz w:val="24"/>
                <w:lang w:val="ru-RU"/>
              </w:rPr>
              <w:t xml:space="preserve"> </w:t>
            </w:r>
            <w:r w:rsidRPr="007361CF">
              <w:rPr>
                <w:sz w:val="24"/>
                <w:lang w:val="ru-RU"/>
              </w:rPr>
              <w:t xml:space="preserve">«Шестой год подряд бюджет дефицитный», «тратим больше, чем зарабатываем». </w:t>
            </w:r>
            <w:r w:rsidRPr="000216D9">
              <w:rPr>
                <w:sz w:val="24"/>
                <w:lang w:val="ru-RU"/>
              </w:rPr>
              <w:t xml:space="preserve">Вывод </w:t>
            </w:r>
            <w:r w:rsidRPr="000216D9">
              <w:rPr>
                <w:sz w:val="24"/>
                <w:lang w:val="ru-RU"/>
              </w:rPr>
              <w:lastRenderedPageBreak/>
              <w:t>другой: начинать с сокраще</w:t>
            </w:r>
            <w:r w:rsidRPr="000216D9">
              <w:rPr>
                <w:sz w:val="24"/>
                <w:lang w:val="ru-RU"/>
              </w:rPr>
              <w:t>ния расходов.</w:t>
            </w:r>
          </w:p>
        </w:tc>
        <w:tc>
          <w:tcPr>
            <w:tcW w:w="3118" w:type="dxa"/>
            <w:shd w:val="clear" w:color="auto" w:fill="FFF2B3"/>
          </w:tcPr>
          <w:p w14:paraId="7E50889C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lastRenderedPageBreak/>
              <w:t>ЧАСТИЧНО</w:t>
            </w:r>
            <w:r w:rsidRPr="007361CF">
              <w:rPr>
                <w:sz w:val="24"/>
                <w:lang w:val="ru-RU"/>
              </w:rPr>
              <w:t xml:space="preserve"> </w:t>
            </w:r>
          </w:p>
          <w:p w14:paraId="11D3EF12" w14:textId="7295C161" w:rsidR="00096EA6" w:rsidRPr="000216D9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 xml:space="preserve">Обслуживание долга (около 4,7 трлн) беспокоит, предлагает, чтобы ОФЗ </w:t>
            </w:r>
            <w:r w:rsidRPr="007361CF">
              <w:rPr>
                <w:sz w:val="24"/>
                <w:lang w:val="ru-RU"/>
              </w:rPr>
              <w:lastRenderedPageBreak/>
              <w:t xml:space="preserve">выкупал ЦБ. </w:t>
            </w:r>
            <w:r w:rsidRPr="000216D9">
              <w:rPr>
                <w:sz w:val="24"/>
                <w:lang w:val="ru-RU"/>
              </w:rPr>
              <w:t>Но: «Дефицит бюджета – это не дыра».</w:t>
            </w:r>
          </w:p>
        </w:tc>
        <w:tc>
          <w:tcPr>
            <w:tcW w:w="3118" w:type="dxa"/>
            <w:shd w:val="clear" w:color="auto" w:fill="E3E3E3"/>
          </w:tcPr>
          <w:p w14:paraId="0E5E27A2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lastRenderedPageBreak/>
              <w:t>НЕ ЗАТРОНУТО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0A874741" w14:textId="7628980D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Прямого ответа нет.</w:t>
            </w:r>
          </w:p>
        </w:tc>
      </w:tr>
      <w:tr w:rsidR="00096EA6" w14:paraId="41C69C86" w14:textId="77777777">
        <w:trPr>
          <w:jc w:val="center"/>
        </w:trPr>
        <w:tc>
          <w:tcPr>
            <w:tcW w:w="2438" w:type="dxa"/>
          </w:tcPr>
          <w:p w14:paraId="6556DC3D" w14:textId="77777777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3. Не «грабить ограбленных»: налоги, тарифы, штрафы</w:t>
            </w:r>
          </w:p>
        </w:tc>
        <w:tc>
          <w:tcPr>
            <w:tcW w:w="3118" w:type="dxa"/>
            <w:shd w:val="clear" w:color="auto" w:fill="E3E3E3"/>
          </w:tcPr>
          <w:p w14:paraId="5730E6A3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НЕ ЗАТРОНУТО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504BFF35" w14:textId="4D231D89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Предлагает свой сбор: обязательный платёж с денежных переводов мигрантов.</w:t>
            </w:r>
          </w:p>
        </w:tc>
        <w:tc>
          <w:tcPr>
            <w:tcW w:w="3118" w:type="dxa"/>
            <w:shd w:val="clear" w:color="auto" w:fill="C6E7C6"/>
          </w:tcPr>
          <w:p w14:paraId="2A420128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ПОДДЕРЖКА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0E8A6614" w14:textId="0A0CDB34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«Повышать налоги? Где-то уже есть этот предел». Налоги в рассрочку – сигнал: «человек получает кредит для того, чтобы оплатить налоги государству».</w:t>
            </w:r>
          </w:p>
        </w:tc>
        <w:tc>
          <w:tcPr>
            <w:tcW w:w="3118" w:type="dxa"/>
            <w:shd w:val="clear" w:color="auto" w:fill="C6E7C6"/>
          </w:tcPr>
          <w:p w14:paraId="5FDC0580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ПОДДЕРЖКА (косвенно)</w:t>
            </w:r>
            <w:r w:rsidRPr="007361CF">
              <w:rPr>
                <w:sz w:val="24"/>
                <w:lang w:val="ru-RU"/>
              </w:rPr>
              <w:t xml:space="preserve"> </w:t>
            </w:r>
          </w:p>
          <w:p w14:paraId="6E7ACE3A" w14:textId="16CBDD63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Нужно расти базой: «вопрос станет не в том, какие ещё налоги придумать».</w:t>
            </w:r>
          </w:p>
        </w:tc>
        <w:tc>
          <w:tcPr>
            <w:tcW w:w="3118" w:type="dxa"/>
            <w:shd w:val="clear" w:color="auto" w:fill="E3E3E3"/>
          </w:tcPr>
          <w:p w14:paraId="7846736A" w14:textId="77777777" w:rsidR="00096EA6" w:rsidRDefault="000216D9" w:rsidP="007361CF">
            <w:pPr>
              <w:spacing w:after="0"/>
            </w:pPr>
            <w:r>
              <w:rPr>
                <w:b/>
                <w:sz w:val="24"/>
              </w:rPr>
              <w:t>НЕ ЗАТРОНУТО</w:t>
            </w:r>
            <w:r>
              <w:rPr>
                <w:sz w:val="24"/>
              </w:rPr>
              <w:t xml:space="preserve"> </w:t>
            </w:r>
          </w:p>
        </w:tc>
      </w:tr>
      <w:tr w:rsidR="00096EA6" w:rsidRPr="00A66424" w14:paraId="69D8BB71" w14:textId="77777777">
        <w:trPr>
          <w:jc w:val="center"/>
        </w:trPr>
        <w:tc>
          <w:tcPr>
            <w:tcW w:w="2438" w:type="dxa"/>
          </w:tcPr>
          <w:p w14:paraId="7B6F939F" w14:textId="77777777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4. Вместо стагнации – инвестиции в производство, «бюджет развития»</w:t>
            </w:r>
          </w:p>
        </w:tc>
        <w:tc>
          <w:tcPr>
            <w:tcW w:w="3118" w:type="dxa"/>
            <w:shd w:val="clear" w:color="auto" w:fill="FFF2B3"/>
          </w:tcPr>
          <w:p w14:paraId="591AC347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ЧАСТИЧНО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027F3DE4" w14:textId="25F8E94C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За 2 трлн на 9 нацпроектов «Технологического лидерства» и науку с ИИ, но в рамках бюджета и «те, которые найдём вместе».</w:t>
            </w:r>
          </w:p>
        </w:tc>
        <w:tc>
          <w:tcPr>
            <w:tcW w:w="3118" w:type="dxa"/>
            <w:shd w:val="clear" w:color="auto" w:fill="FFF2B3"/>
          </w:tcPr>
          <w:p w14:paraId="25802DA7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ЧАСТИЧНО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66760282" w14:textId="72C25D3F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Рост экономики важнее сборов; но тут же: сначала сокращать расходы, «нет документов – не строим».</w:t>
            </w:r>
          </w:p>
        </w:tc>
        <w:tc>
          <w:tcPr>
            <w:tcW w:w="3118" w:type="dxa"/>
            <w:shd w:val="clear" w:color="auto" w:fill="C6E7C6"/>
          </w:tcPr>
          <w:p w14:paraId="3AE859F4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ПОДДЕРЖКА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584B1549" w14:textId="41642B92" w:rsidR="00096EA6" w:rsidRPr="000216D9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«Чем больше мы</w:t>
            </w:r>
            <w:r w:rsidRPr="007361CF">
              <w:rPr>
                <w:sz w:val="24"/>
                <w:lang w:val="ru-RU"/>
              </w:rPr>
              <w:t xml:space="preserve"> будем вливать средств в реальный сектор экономики, тем больше будет расти тело бюджета». </w:t>
            </w:r>
            <w:r w:rsidRPr="000216D9">
              <w:rPr>
                <w:sz w:val="24"/>
                <w:lang w:val="ru-RU"/>
              </w:rPr>
              <w:t>Идёт дальше: дефицит назвать «бюджетным авансом», деньги «выпускать».</w:t>
            </w:r>
          </w:p>
        </w:tc>
        <w:tc>
          <w:tcPr>
            <w:tcW w:w="3118" w:type="dxa"/>
            <w:shd w:val="clear" w:color="auto" w:fill="F4C2C2"/>
          </w:tcPr>
          <w:p w14:paraId="02C3A56E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ОТТОРЖЕНИЕ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537C7D1E" w14:textId="7ECFBE47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Эмиссия – путь 1992 года (инфляция 2508%): «довели страну… на грань экономического к</w:t>
            </w:r>
            <w:r w:rsidRPr="007361CF">
              <w:rPr>
                <w:sz w:val="24"/>
                <w:lang w:val="ru-RU"/>
              </w:rPr>
              <w:t>раха».</w:t>
            </w:r>
          </w:p>
        </w:tc>
      </w:tr>
      <w:tr w:rsidR="00096EA6" w:rsidRPr="00A66424" w14:paraId="7FC976BA" w14:textId="77777777">
        <w:trPr>
          <w:jc w:val="center"/>
        </w:trPr>
        <w:tc>
          <w:tcPr>
            <w:tcW w:w="2438" w:type="dxa"/>
          </w:tcPr>
          <w:p w14:paraId="3A9BCC32" w14:textId="77777777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5. Деньги есть: $700 млрд у 155 олигархов, резервы, 130 трлн в банках, национализация</w:t>
            </w:r>
          </w:p>
        </w:tc>
        <w:tc>
          <w:tcPr>
            <w:tcW w:w="3118" w:type="dxa"/>
            <w:shd w:val="clear" w:color="auto" w:fill="E3E3E3"/>
          </w:tcPr>
          <w:p w14:paraId="7F75CD80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НЕ ЗАТРОНУТО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05F57475" w14:textId="26AE1559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Косвенно: концессионеры в ЖКХ «по сути дела ворюги».</w:t>
            </w:r>
          </w:p>
        </w:tc>
        <w:tc>
          <w:tcPr>
            <w:tcW w:w="3118" w:type="dxa"/>
            <w:shd w:val="clear" w:color="auto" w:fill="E3E3E3"/>
          </w:tcPr>
          <w:p w14:paraId="34815B43" w14:textId="77777777" w:rsidR="00096EA6" w:rsidRDefault="000216D9" w:rsidP="007361CF">
            <w:pPr>
              <w:spacing w:after="0"/>
            </w:pPr>
            <w:r>
              <w:rPr>
                <w:b/>
                <w:sz w:val="24"/>
              </w:rPr>
              <w:t>НЕ ЗАТРОНУТО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118" w:type="dxa"/>
            <w:shd w:val="clear" w:color="auto" w:fill="FFF2B3"/>
          </w:tcPr>
          <w:p w14:paraId="388F7813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ЧАСТИЧНО (косвенно)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6196DA00" w14:textId="655993FF" w:rsidR="00096EA6" w:rsidRPr="000216D9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Финансовая сфера «не живёт отдельно»: 2 трлн льготной ипотек</w:t>
            </w:r>
            <w:r w:rsidRPr="007361CF">
              <w:rPr>
                <w:sz w:val="24"/>
                <w:lang w:val="ru-RU"/>
              </w:rPr>
              <w:t xml:space="preserve">и «перешли в финансовую сферу». </w:t>
            </w:r>
            <w:r w:rsidRPr="000216D9">
              <w:rPr>
                <w:sz w:val="24"/>
                <w:lang w:val="ru-RU"/>
              </w:rPr>
              <w:t>Олигархов и национализацию не обсуждает.</w:t>
            </w:r>
          </w:p>
        </w:tc>
        <w:tc>
          <w:tcPr>
            <w:tcW w:w="3118" w:type="dxa"/>
            <w:shd w:val="clear" w:color="auto" w:fill="E3E3E3"/>
          </w:tcPr>
          <w:p w14:paraId="21E7BCCA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НЕ ЗАТРОНУТО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733628D5" w14:textId="72FE53F4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Косвенно: «предложения что-то обложить, что-то напечатать… выучить уроки истории».</w:t>
            </w:r>
          </w:p>
        </w:tc>
      </w:tr>
      <w:tr w:rsidR="00096EA6" w:rsidRPr="00A66424" w14:paraId="208C52C4" w14:textId="77777777">
        <w:trPr>
          <w:jc w:val="center"/>
        </w:trPr>
        <w:tc>
          <w:tcPr>
            <w:tcW w:w="2438" w:type="dxa"/>
          </w:tcPr>
          <w:p w14:paraId="6EDCA771" w14:textId="77777777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6. ЖКХ: из 1 млн км труб 600 тыс. сгнили, финансирование режут, нужен госконтроль</w:t>
            </w:r>
          </w:p>
        </w:tc>
        <w:tc>
          <w:tcPr>
            <w:tcW w:w="3118" w:type="dxa"/>
            <w:shd w:val="clear" w:color="auto" w:fill="C6E7C6"/>
          </w:tcPr>
          <w:p w14:paraId="57D08A1F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ПОДДЕРЖКА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22108D38" w14:textId="524262AE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Сети «сгнили на 100 процентов», «вернуть ЖКХ под контроль государства», комитет по ЖКХ и федеральное агентство.</w:t>
            </w:r>
          </w:p>
        </w:tc>
        <w:tc>
          <w:tcPr>
            <w:tcW w:w="3118" w:type="dxa"/>
            <w:shd w:val="clear" w:color="auto" w:fill="E3E3E3"/>
          </w:tcPr>
          <w:p w14:paraId="693D2499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НЕ ЗАТРОНУТО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700657DC" w14:textId="764FAA17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(общие сокращения инфраструктуры здравоохранения –30% он критикует).</w:t>
            </w:r>
          </w:p>
        </w:tc>
        <w:tc>
          <w:tcPr>
            <w:tcW w:w="3118" w:type="dxa"/>
            <w:shd w:val="clear" w:color="auto" w:fill="E3E3E3"/>
          </w:tcPr>
          <w:p w14:paraId="67D1092E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НЕ ЗАТРОНУТО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3E658DCE" w14:textId="69B1DF51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Говорит про жильё: ипотекой проблему не решить, «надо строить дома».</w:t>
            </w:r>
          </w:p>
        </w:tc>
        <w:tc>
          <w:tcPr>
            <w:tcW w:w="3118" w:type="dxa"/>
            <w:shd w:val="clear" w:color="auto" w:fill="E3E3E3"/>
          </w:tcPr>
          <w:p w14:paraId="6F972F40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НЕ ЗАТРОНУТО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58FDED7A" w14:textId="595A12FC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Володин (председательствующий): тарифы под контролем, «пример – Москва, давайте изучать»</w:t>
            </w:r>
            <w:r w:rsidRPr="007361CF">
              <w:rPr>
                <w:sz w:val="24"/>
                <w:lang w:val="ru-RU"/>
              </w:rPr>
              <w:t>.</w:t>
            </w:r>
          </w:p>
        </w:tc>
      </w:tr>
      <w:tr w:rsidR="00096EA6" w:rsidRPr="000216D9" w14:paraId="246B8FE8" w14:textId="77777777">
        <w:trPr>
          <w:jc w:val="center"/>
        </w:trPr>
        <w:tc>
          <w:tcPr>
            <w:tcW w:w="2438" w:type="dxa"/>
          </w:tcPr>
          <w:p w14:paraId="424FDCD4" w14:textId="77777777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lastRenderedPageBreak/>
              <w:t>7. Демография и «Семья»: рождаемость 1,3, программа сокращена на 10%</w:t>
            </w:r>
          </w:p>
        </w:tc>
        <w:tc>
          <w:tcPr>
            <w:tcW w:w="3118" w:type="dxa"/>
            <w:shd w:val="clear" w:color="auto" w:fill="C6E7C6"/>
          </w:tcPr>
          <w:p w14:paraId="1854FF34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ПОДДЕРЖКА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0CD790A1" w14:textId="15FCA50F" w:rsidR="00096EA6" w:rsidRDefault="000216D9" w:rsidP="007361CF">
            <w:pPr>
              <w:spacing w:after="0"/>
            </w:pPr>
            <w:r w:rsidRPr="007361CF">
              <w:rPr>
                <w:sz w:val="24"/>
                <w:lang w:val="ru-RU"/>
              </w:rPr>
              <w:t xml:space="preserve">В бюджете «новых мер… на повышение рождаемости» нет: «Правительство должно объяснить… </w:t>
            </w:r>
            <w:proofErr w:type="spellStart"/>
            <w:r>
              <w:rPr>
                <w:sz w:val="24"/>
              </w:rPr>
              <w:t>Пока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видим</w:t>
            </w:r>
            <w:proofErr w:type="spellEnd"/>
            <w:r>
              <w:rPr>
                <w:sz w:val="24"/>
              </w:rPr>
              <w:t xml:space="preserve">». </w:t>
            </w:r>
            <w:proofErr w:type="spellStart"/>
            <w:r>
              <w:rPr>
                <w:sz w:val="24"/>
              </w:rPr>
              <w:t>Снять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имущественный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ценз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118" w:type="dxa"/>
            <w:shd w:val="clear" w:color="auto" w:fill="FFF2B3"/>
          </w:tcPr>
          <w:p w14:paraId="17B30B29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ЧАСТИЧНО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44D41B46" w14:textId="0FCF1DB3" w:rsidR="00096EA6" w:rsidRPr="000216D9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 xml:space="preserve">Критикует сокращения </w:t>
            </w:r>
            <w:proofErr w:type="spellStart"/>
            <w:r w:rsidRPr="007361CF">
              <w:rPr>
                <w:sz w:val="24"/>
                <w:lang w:val="ru-RU"/>
              </w:rPr>
              <w:t>соцстатей</w:t>
            </w:r>
            <w:proofErr w:type="spellEnd"/>
            <w:r w:rsidRPr="007361CF">
              <w:rPr>
                <w:sz w:val="24"/>
                <w:lang w:val="ru-RU"/>
              </w:rPr>
              <w:t>: гор</w:t>
            </w:r>
            <w:r w:rsidRPr="007361CF">
              <w:rPr>
                <w:sz w:val="24"/>
                <w:lang w:val="ru-RU"/>
              </w:rPr>
              <w:t xml:space="preserve">ячее питание –4,6%, цирк +32%: «клоуны важнее детских обедов?». </w:t>
            </w:r>
            <w:r w:rsidRPr="000216D9">
              <w:rPr>
                <w:sz w:val="24"/>
                <w:lang w:val="ru-RU"/>
              </w:rPr>
              <w:t>Про рождаемость прямо не говорит.</w:t>
            </w:r>
          </w:p>
        </w:tc>
        <w:tc>
          <w:tcPr>
            <w:tcW w:w="3118" w:type="dxa"/>
            <w:shd w:val="clear" w:color="auto" w:fill="E3E3E3"/>
          </w:tcPr>
          <w:p w14:paraId="18271B68" w14:textId="77777777" w:rsidR="00096EA6" w:rsidRDefault="000216D9" w:rsidP="007361CF">
            <w:pPr>
              <w:spacing w:after="0"/>
            </w:pPr>
            <w:r>
              <w:rPr>
                <w:b/>
                <w:sz w:val="24"/>
              </w:rPr>
              <w:t>НЕ ЗАТРОНУТО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118" w:type="dxa"/>
            <w:shd w:val="clear" w:color="auto" w:fill="F4C2C2"/>
          </w:tcPr>
          <w:p w14:paraId="3E28F880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ОТТОРЖЕНИЕ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2F53297E" w14:textId="4ABFE109" w:rsidR="00096EA6" w:rsidRPr="000216D9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 xml:space="preserve">Цифры по выплатам, маткапиталу, роддомам: «мы же о рождаемости говорим». </w:t>
            </w:r>
            <w:r w:rsidRPr="000216D9">
              <w:rPr>
                <w:sz w:val="24"/>
                <w:lang w:val="ru-RU"/>
              </w:rPr>
              <w:t>«Бюджет для людей».</w:t>
            </w:r>
          </w:p>
        </w:tc>
      </w:tr>
      <w:tr w:rsidR="00096EA6" w14:paraId="0352E536" w14:textId="77777777">
        <w:trPr>
          <w:jc w:val="center"/>
        </w:trPr>
        <w:tc>
          <w:tcPr>
            <w:tcW w:w="2438" w:type="dxa"/>
          </w:tcPr>
          <w:p w14:paraId="4D7C758C" w14:textId="77777777" w:rsidR="00096EA6" w:rsidRDefault="000216D9" w:rsidP="007361CF">
            <w:pPr>
              <w:spacing w:after="0"/>
            </w:pPr>
            <w:r>
              <w:rPr>
                <w:b/>
                <w:sz w:val="24"/>
              </w:rPr>
              <w:t xml:space="preserve">8. </w:t>
            </w:r>
            <w:proofErr w:type="spellStart"/>
            <w:r>
              <w:rPr>
                <w:b/>
                <w:sz w:val="24"/>
              </w:rPr>
              <w:t>Село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местное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самоуправление</w:t>
            </w:r>
            <w:proofErr w:type="spellEnd"/>
          </w:p>
        </w:tc>
        <w:tc>
          <w:tcPr>
            <w:tcW w:w="3118" w:type="dxa"/>
            <w:shd w:val="clear" w:color="auto" w:fill="C6E7C6"/>
          </w:tcPr>
          <w:p w14:paraId="4CF0129D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ПОДДЕРЖКА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3AB65387" w14:textId="44D2255C" w:rsidR="00096EA6" w:rsidRPr="000216D9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 xml:space="preserve">Комплексное развитие сельских территорий, местные дороги, помощь регионам с долгом. </w:t>
            </w:r>
            <w:r w:rsidRPr="000216D9">
              <w:rPr>
                <w:sz w:val="24"/>
                <w:lang w:val="ru-RU"/>
              </w:rPr>
              <w:t>Про МСУ молчит.</w:t>
            </w:r>
          </w:p>
        </w:tc>
        <w:tc>
          <w:tcPr>
            <w:tcW w:w="3118" w:type="dxa"/>
            <w:shd w:val="clear" w:color="auto" w:fill="E3E3E3"/>
          </w:tcPr>
          <w:p w14:paraId="7FAF2972" w14:textId="77777777" w:rsidR="00096EA6" w:rsidRDefault="000216D9" w:rsidP="007361CF">
            <w:pPr>
              <w:spacing w:after="0"/>
            </w:pPr>
            <w:r>
              <w:rPr>
                <w:b/>
                <w:sz w:val="24"/>
              </w:rPr>
              <w:t>НЕ ЗАТРОНУТО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118" w:type="dxa"/>
            <w:shd w:val="clear" w:color="auto" w:fill="E3E3E3"/>
          </w:tcPr>
          <w:p w14:paraId="7DD5FE96" w14:textId="77777777" w:rsidR="00096EA6" w:rsidRDefault="000216D9" w:rsidP="007361CF">
            <w:pPr>
              <w:spacing w:after="0"/>
            </w:pPr>
            <w:r>
              <w:rPr>
                <w:b/>
                <w:sz w:val="24"/>
              </w:rPr>
              <w:t>НЕ</w:t>
            </w:r>
            <w:r>
              <w:rPr>
                <w:b/>
                <w:sz w:val="24"/>
              </w:rPr>
              <w:t xml:space="preserve"> ЗАТРОНУТО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118" w:type="dxa"/>
            <w:shd w:val="clear" w:color="auto" w:fill="FFF2B3"/>
          </w:tcPr>
          <w:p w14:paraId="7039D2E2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ЧАСТИЧНО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1594AA38" w14:textId="3106E2DC" w:rsidR="00096EA6" w:rsidRDefault="000216D9" w:rsidP="007361CF">
            <w:pPr>
              <w:spacing w:after="0"/>
            </w:pPr>
            <w:r w:rsidRPr="007361CF">
              <w:rPr>
                <w:sz w:val="24"/>
                <w:lang w:val="ru-RU"/>
              </w:rPr>
              <w:t xml:space="preserve">Село: «необходимо ещё. И мы будем добиваться», «Земский доктор» и др. </w:t>
            </w:r>
            <w:proofErr w:type="spellStart"/>
            <w:r>
              <w:rPr>
                <w:sz w:val="24"/>
              </w:rPr>
              <w:t>Называет</w:t>
            </w:r>
            <w:proofErr w:type="spellEnd"/>
            <w:r>
              <w:rPr>
                <w:sz w:val="24"/>
              </w:rPr>
              <w:t xml:space="preserve"> В.И. </w:t>
            </w:r>
            <w:proofErr w:type="spellStart"/>
            <w:r>
              <w:rPr>
                <w:sz w:val="24"/>
              </w:rPr>
              <w:t>Кашина</w:t>
            </w:r>
            <w:proofErr w:type="spellEnd"/>
            <w:r>
              <w:rPr>
                <w:sz w:val="24"/>
              </w:rPr>
              <w:t xml:space="preserve"> (КПРФ). МСУ </w:t>
            </w: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затронуто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096EA6" w14:paraId="5ADAF34C" w14:textId="77777777">
        <w:trPr>
          <w:jc w:val="center"/>
        </w:trPr>
        <w:tc>
          <w:tcPr>
            <w:tcW w:w="2438" w:type="dxa"/>
          </w:tcPr>
          <w:p w14:paraId="1E300B4E" w14:textId="77777777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9. Урезаны нацпроекты и технологии (ИИ, радиоэлектроника, наука)</w:t>
            </w:r>
          </w:p>
        </w:tc>
        <w:tc>
          <w:tcPr>
            <w:tcW w:w="3118" w:type="dxa"/>
            <w:shd w:val="clear" w:color="auto" w:fill="FFF2B3"/>
          </w:tcPr>
          <w:p w14:paraId="68894C6D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ЧАСТИЧНО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342E7C24" w14:textId="755C1472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Поддерживает деньги на «Технологическое лидерство», науку с ИИ и роботизацию; о сокращениях по другим проектам не говорит.</w:t>
            </w:r>
          </w:p>
        </w:tc>
        <w:tc>
          <w:tcPr>
            <w:tcW w:w="3118" w:type="dxa"/>
            <w:shd w:val="clear" w:color="auto" w:fill="FFF2B3"/>
          </w:tcPr>
          <w:p w14:paraId="7351A30A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ЧАСТИЧНО</w:t>
            </w:r>
            <w:r w:rsidRPr="007361CF">
              <w:rPr>
                <w:sz w:val="24"/>
                <w:lang w:val="ru-RU"/>
              </w:rPr>
              <w:t xml:space="preserve">  </w:t>
            </w:r>
          </w:p>
          <w:p w14:paraId="765D4286" w14:textId="7645EAE7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Критикует перекос приоритетов (цирк +32%, медицина –30%); ИИ – обучение чиновников.</w:t>
            </w:r>
          </w:p>
        </w:tc>
        <w:tc>
          <w:tcPr>
            <w:tcW w:w="3118" w:type="dxa"/>
            <w:shd w:val="clear" w:color="auto" w:fill="C6E7C6"/>
          </w:tcPr>
          <w:p w14:paraId="030309C5" w14:textId="77777777" w:rsidR="000216D9" w:rsidRDefault="000216D9" w:rsidP="007361CF">
            <w:pPr>
              <w:spacing w:after="0"/>
              <w:rPr>
                <w:sz w:val="24"/>
                <w:lang w:val="ru-RU"/>
              </w:rPr>
            </w:pPr>
            <w:r w:rsidRPr="007361CF">
              <w:rPr>
                <w:b/>
                <w:sz w:val="24"/>
                <w:lang w:val="ru-RU"/>
              </w:rPr>
              <w:t>ПОДДЕРЖКА (косвенно)</w:t>
            </w:r>
            <w:r w:rsidRPr="007361CF">
              <w:rPr>
                <w:sz w:val="24"/>
                <w:lang w:val="ru-RU"/>
              </w:rPr>
              <w:t xml:space="preserve"> </w:t>
            </w:r>
          </w:p>
          <w:p w14:paraId="72CDF986" w14:textId="269A7FC4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Энергетика: «Ки</w:t>
            </w:r>
            <w:r w:rsidRPr="007361CF">
              <w:rPr>
                <w:sz w:val="24"/>
                <w:lang w:val="ru-RU"/>
              </w:rPr>
              <w:t>тай за один год построил 530 гигаватт», у нас планируют по одному-двум.</w:t>
            </w:r>
          </w:p>
        </w:tc>
        <w:tc>
          <w:tcPr>
            <w:tcW w:w="3118" w:type="dxa"/>
            <w:shd w:val="clear" w:color="auto" w:fill="E3E3E3"/>
          </w:tcPr>
          <w:p w14:paraId="62EA8AC8" w14:textId="77777777" w:rsidR="00096EA6" w:rsidRDefault="000216D9" w:rsidP="007361CF">
            <w:pPr>
              <w:spacing w:after="0"/>
            </w:pPr>
            <w:r>
              <w:rPr>
                <w:b/>
                <w:sz w:val="24"/>
              </w:rPr>
              <w:t>НЕ ЗАТРОНУТО</w:t>
            </w:r>
            <w:r>
              <w:rPr>
                <w:sz w:val="24"/>
              </w:rPr>
              <w:t xml:space="preserve"> </w:t>
            </w:r>
          </w:p>
        </w:tc>
      </w:tr>
      <w:tr w:rsidR="00096EA6" w14:paraId="7A8DF60B" w14:textId="77777777">
        <w:trPr>
          <w:jc w:val="center"/>
        </w:trPr>
        <w:tc>
          <w:tcPr>
            <w:tcW w:w="2438" w:type="dxa"/>
          </w:tcPr>
          <w:p w14:paraId="1CB47FE1" w14:textId="77777777" w:rsidR="00096EA6" w:rsidRDefault="000216D9" w:rsidP="007361CF">
            <w:pPr>
              <w:spacing w:after="0"/>
            </w:pPr>
            <w:proofErr w:type="spellStart"/>
            <w:r>
              <w:rPr>
                <w:b/>
                <w:sz w:val="24"/>
              </w:rPr>
              <w:t>Голосование</w:t>
            </w:r>
            <w:proofErr w:type="spellEnd"/>
            <w:r>
              <w:rPr>
                <w:b/>
                <w:sz w:val="24"/>
              </w:rPr>
              <w:t xml:space="preserve"> в </w:t>
            </w:r>
            <w:proofErr w:type="spellStart"/>
            <w:r>
              <w:rPr>
                <w:b/>
                <w:sz w:val="24"/>
              </w:rPr>
              <w:t>первом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чтении</w:t>
            </w:r>
            <w:proofErr w:type="spellEnd"/>
          </w:p>
        </w:tc>
        <w:tc>
          <w:tcPr>
            <w:tcW w:w="3118" w:type="dxa"/>
          </w:tcPr>
          <w:p w14:paraId="539AA956" w14:textId="77777777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За. «Поддерживаем бюджет в первом чтении».</w:t>
            </w:r>
          </w:p>
        </w:tc>
        <w:tc>
          <w:tcPr>
            <w:tcW w:w="3118" w:type="dxa"/>
          </w:tcPr>
          <w:p w14:paraId="6F5F36D5" w14:textId="77777777" w:rsidR="00096EA6" w:rsidRPr="007361CF" w:rsidRDefault="000216D9" w:rsidP="007361CF">
            <w:pPr>
              <w:spacing w:after="0"/>
              <w:rPr>
                <w:lang w:val="ru-RU"/>
              </w:rPr>
            </w:pPr>
            <w:r w:rsidRPr="007361CF">
              <w:rPr>
                <w:sz w:val="24"/>
                <w:lang w:val="ru-RU"/>
              </w:rPr>
              <w:t>За («фракция в целом поддерживает»).</w:t>
            </w:r>
          </w:p>
        </w:tc>
        <w:tc>
          <w:tcPr>
            <w:tcW w:w="3118" w:type="dxa"/>
          </w:tcPr>
          <w:p w14:paraId="32C78D7B" w14:textId="77777777" w:rsidR="00096EA6" w:rsidRDefault="000216D9" w:rsidP="007361CF">
            <w:pPr>
              <w:spacing w:after="0"/>
            </w:pPr>
            <w:proofErr w:type="spellStart"/>
            <w:r>
              <w:rPr>
                <w:sz w:val="24"/>
              </w:rPr>
              <w:t>Воздержится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118" w:type="dxa"/>
          </w:tcPr>
          <w:p w14:paraId="2C8B6427" w14:textId="77777777" w:rsidR="00096EA6" w:rsidRDefault="000216D9" w:rsidP="007361CF">
            <w:pPr>
              <w:spacing w:after="0"/>
            </w:pP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14:paraId="332507F2" w14:textId="77777777" w:rsidR="00096EA6" w:rsidRDefault="00096EA6" w:rsidP="007361CF">
      <w:pPr>
        <w:spacing w:after="0" w:line="240" w:lineRule="auto"/>
        <w:jc w:val="both"/>
      </w:pPr>
    </w:p>
    <w:p w14:paraId="2EAEA3CF" w14:textId="77777777" w:rsidR="00096EA6" w:rsidRDefault="000216D9" w:rsidP="007361CF">
      <w:pPr>
        <w:spacing w:after="0" w:line="240" w:lineRule="auto"/>
        <w:jc w:val="both"/>
        <w:rPr>
          <w:i/>
          <w:sz w:val="24"/>
          <w:lang w:val="ru-RU"/>
        </w:rPr>
      </w:pPr>
      <w:r w:rsidRPr="007361CF">
        <w:rPr>
          <w:i/>
          <w:sz w:val="24"/>
          <w:lang w:val="ru-RU"/>
        </w:rPr>
        <w:t xml:space="preserve">Пометка «не затронуто» означает, что в </w:t>
      </w:r>
      <w:r w:rsidRPr="007361CF">
        <w:rPr>
          <w:i/>
          <w:sz w:val="24"/>
          <w:lang w:val="ru-RU"/>
        </w:rPr>
        <w:t>выступлении лидера фракции этой темы нет. Это не равно несогласию. Выступление Макарова – слово от ЕР как председателя бюджетного комитета.</w:t>
      </w:r>
    </w:p>
    <w:p w14:paraId="3CD9DD1A" w14:textId="77777777" w:rsidR="00785F6D" w:rsidRDefault="00785F6D" w:rsidP="007361CF">
      <w:pPr>
        <w:spacing w:after="0" w:line="240" w:lineRule="auto"/>
        <w:jc w:val="both"/>
        <w:rPr>
          <w:i/>
          <w:sz w:val="24"/>
          <w:lang w:val="ru-RU"/>
        </w:rPr>
      </w:pPr>
    </w:p>
    <w:p w14:paraId="5DB83CFF" w14:textId="77777777" w:rsidR="000216D9" w:rsidRPr="000216D9" w:rsidRDefault="00785F6D" w:rsidP="000216D9">
      <w:pPr>
        <w:spacing w:after="0" w:line="240" w:lineRule="auto"/>
        <w:jc w:val="right"/>
        <w:rPr>
          <w:b/>
          <w:bCs/>
          <w:i/>
          <w:sz w:val="24"/>
          <w:u w:val="single"/>
          <w:lang w:val="ru-RU"/>
        </w:rPr>
      </w:pPr>
      <w:r w:rsidRPr="000216D9">
        <w:rPr>
          <w:b/>
          <w:bCs/>
          <w:i/>
          <w:sz w:val="24"/>
          <w:u w:val="single"/>
          <w:lang w:val="ru-RU"/>
        </w:rPr>
        <w:t xml:space="preserve">Подготовили: </w:t>
      </w:r>
    </w:p>
    <w:p w14:paraId="72EFF899" w14:textId="77777777" w:rsidR="000216D9" w:rsidRPr="000216D9" w:rsidRDefault="00785F6D" w:rsidP="000216D9">
      <w:pPr>
        <w:spacing w:after="0" w:line="240" w:lineRule="auto"/>
        <w:jc w:val="right"/>
        <w:rPr>
          <w:i/>
          <w:sz w:val="24"/>
          <w:lang w:val="ru-RU"/>
        </w:rPr>
      </w:pPr>
      <w:proofErr w:type="spellStart"/>
      <w:r w:rsidRPr="000216D9">
        <w:rPr>
          <w:b/>
          <w:bCs/>
          <w:i/>
          <w:sz w:val="24"/>
          <w:lang w:val="ru-RU"/>
        </w:rPr>
        <w:t>С.П.Обухов</w:t>
      </w:r>
      <w:proofErr w:type="spellEnd"/>
      <w:r w:rsidRPr="000216D9">
        <w:rPr>
          <w:i/>
          <w:sz w:val="24"/>
          <w:lang w:val="ru-RU"/>
        </w:rPr>
        <w:t xml:space="preserve">, доктор политических наук, </w:t>
      </w:r>
    </w:p>
    <w:p w14:paraId="38C8DEF1" w14:textId="77777777" w:rsidR="000216D9" w:rsidRPr="000216D9" w:rsidRDefault="00785F6D" w:rsidP="000216D9">
      <w:pPr>
        <w:spacing w:after="0" w:line="240" w:lineRule="auto"/>
        <w:jc w:val="right"/>
        <w:rPr>
          <w:b/>
          <w:bCs/>
          <w:i/>
          <w:sz w:val="24"/>
          <w:lang w:val="ru-RU"/>
        </w:rPr>
      </w:pPr>
      <w:proofErr w:type="spellStart"/>
      <w:r w:rsidRPr="000216D9">
        <w:rPr>
          <w:b/>
          <w:bCs/>
          <w:i/>
          <w:sz w:val="24"/>
          <w:lang w:val="ru-RU"/>
        </w:rPr>
        <w:t>И.М.Куприянова</w:t>
      </w:r>
      <w:proofErr w:type="spellEnd"/>
      <w:r w:rsidRPr="000216D9">
        <w:rPr>
          <w:b/>
          <w:bCs/>
          <w:i/>
          <w:sz w:val="24"/>
          <w:lang w:val="ru-RU"/>
        </w:rPr>
        <w:t xml:space="preserve">, </w:t>
      </w:r>
      <w:proofErr w:type="spellStart"/>
      <w:r w:rsidRPr="000216D9">
        <w:rPr>
          <w:b/>
          <w:bCs/>
          <w:i/>
          <w:sz w:val="24"/>
          <w:lang w:val="ru-RU"/>
        </w:rPr>
        <w:t>А.М.Михальчук</w:t>
      </w:r>
      <w:proofErr w:type="spellEnd"/>
      <w:r w:rsidRPr="000216D9">
        <w:rPr>
          <w:b/>
          <w:bCs/>
          <w:i/>
          <w:sz w:val="24"/>
          <w:lang w:val="ru-RU"/>
        </w:rPr>
        <w:t xml:space="preserve">, </w:t>
      </w:r>
    </w:p>
    <w:p w14:paraId="433A61DD" w14:textId="77777777" w:rsidR="000216D9" w:rsidRPr="000216D9" w:rsidRDefault="00785F6D" w:rsidP="000216D9">
      <w:pPr>
        <w:spacing w:after="0" w:line="240" w:lineRule="auto"/>
        <w:jc w:val="right"/>
        <w:rPr>
          <w:i/>
          <w:sz w:val="24"/>
          <w:lang w:val="ru-RU"/>
        </w:rPr>
      </w:pPr>
      <w:proofErr w:type="spellStart"/>
      <w:r w:rsidRPr="000216D9">
        <w:rPr>
          <w:b/>
          <w:bCs/>
          <w:i/>
          <w:sz w:val="24"/>
          <w:lang w:val="ru-RU"/>
        </w:rPr>
        <w:t>А.М.Богачев</w:t>
      </w:r>
      <w:proofErr w:type="spellEnd"/>
      <w:r w:rsidRPr="000216D9">
        <w:rPr>
          <w:i/>
          <w:sz w:val="24"/>
          <w:lang w:val="ru-RU"/>
        </w:rPr>
        <w:t xml:space="preserve">, кандидат психологических наук, </w:t>
      </w:r>
    </w:p>
    <w:p w14:paraId="03BB0108" w14:textId="0D1D9719" w:rsidR="00785F6D" w:rsidRPr="000216D9" w:rsidRDefault="00785F6D" w:rsidP="000216D9">
      <w:pPr>
        <w:spacing w:after="0" w:line="240" w:lineRule="auto"/>
        <w:jc w:val="right"/>
        <w:rPr>
          <w:i/>
          <w:lang w:val="ru-RU"/>
        </w:rPr>
      </w:pPr>
      <w:proofErr w:type="spellStart"/>
      <w:r w:rsidRPr="000216D9">
        <w:rPr>
          <w:b/>
          <w:bCs/>
          <w:i/>
          <w:sz w:val="24"/>
          <w:lang w:val="ru-RU"/>
        </w:rPr>
        <w:t>Н.В.Фокина</w:t>
      </w:r>
      <w:proofErr w:type="spellEnd"/>
      <w:r w:rsidRPr="000216D9">
        <w:rPr>
          <w:i/>
          <w:sz w:val="24"/>
          <w:lang w:val="ru-RU"/>
        </w:rPr>
        <w:t>.</w:t>
      </w:r>
    </w:p>
    <w:sectPr w:rsidR="00785F6D" w:rsidRPr="000216D9" w:rsidSect="000216D9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otham Pro Black">
    <w:altName w:val="Cambria"/>
    <w:charset w:val="CC"/>
    <w:family w:val="auto"/>
    <w:pitch w:val="variable"/>
    <w:sig w:usb0="80000AAF" w:usb1="5000204A" w:usb2="00000000" w:usb3="00000000" w:csb0="0000003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6D9"/>
    <w:rsid w:val="00034616"/>
    <w:rsid w:val="0006063C"/>
    <w:rsid w:val="00096EA6"/>
    <w:rsid w:val="0015074B"/>
    <w:rsid w:val="0029639D"/>
    <w:rsid w:val="00326F90"/>
    <w:rsid w:val="003928DE"/>
    <w:rsid w:val="006273DC"/>
    <w:rsid w:val="00664D60"/>
    <w:rsid w:val="007361CF"/>
    <w:rsid w:val="00785F6D"/>
    <w:rsid w:val="008D0DDC"/>
    <w:rsid w:val="00A66424"/>
    <w:rsid w:val="00AA1D8D"/>
    <w:rsid w:val="00B47730"/>
    <w:rsid w:val="00CB0664"/>
    <w:rsid w:val="00D91D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568F8A"/>
  <w14:defaultImageDpi w14:val="300"/>
  <w15:docId w15:val="{73BFBC2D-E54B-420C-AAB9-17AFA6C9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3008</Words>
  <Characters>17152</Characters>
  <Application>Microsoft Office Word</Application>
  <DocSecurity>0</DocSecurity>
  <Lines>142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20120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ACER</cp:lastModifiedBy>
  <cp:revision>2</cp:revision>
  <dcterms:created xsi:type="dcterms:W3CDTF">2026-10-30T14:38:00Z</dcterms:created>
  <dcterms:modified xsi:type="dcterms:W3CDTF">2026-10-30T14:38:00Z</dcterms:modified>
  <cp:category/>
</cp:coreProperties>
</file>